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ZUSTIMMUNG ZUR UNTERVERMIETUNG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Name, Vorname : 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Name, Vorname : 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Angaben zur Untervermietung :</w:t>
      </w:r>
    </w:p>
    <w:p>
      <w:r>
        <w:rPr>
          <w:b w:val="0"/>
          <w:sz w:val="20"/>
        </w:rPr>
        <w:t>Adresse der untervermieteten Wohnung : ________________________</w:t>
      </w:r>
    </w:p>
    <w:p>
      <w:r>
        <w:rPr>
          <w:b w:val="0"/>
          <w:sz w:val="20"/>
        </w:rPr>
        <w:t>Raum/Teil der Wohnung : _______________________________________</w:t>
      </w:r>
    </w:p>
    <w:p>
      <w:r>
        <w:rPr>
          <w:b w:val="0"/>
          <w:sz w:val="20"/>
        </w:rPr>
        <w:t>Name des Untermieters : _______________________________________</w:t>
      </w:r>
    </w:p>
    <w:p>
      <w:r>
        <w:rPr>
          <w:b w:val="0"/>
          <w:sz w:val="20"/>
        </w:rPr>
        <w:t>Dauer der Untervermietung : ___________________________________</w:t>
      </w:r>
    </w:p>
    <w:p/>
    <w:p>
      <w:r>
        <w:rPr>
          <w:b/>
          <w:sz w:val="20"/>
        </w:rPr>
        <w:t>§ 1 – Zustimmung zur Untervermietung</w:t>
      </w:r>
    </w:p>
    <w:p>
      <w:r>
        <w:rPr>
          <w:b w:val="0"/>
          <w:sz w:val="20"/>
        </w:rPr>
        <w:t>Der Vermieter erklärt hiermit seine ausdrückliche Zustimmung zur Untervermietung der oben genannten Wohnung bzw. Räumlichkeit durch den Mieter an den genannten Untermieter.</w:t>
      </w:r>
    </w:p>
    <w:p/>
    <w:p>
      <w:r>
        <w:rPr>
          <w:b/>
          <w:sz w:val="20"/>
        </w:rPr>
        <w:t>§ 2 – Pflichten des Mieters</w:t>
      </w:r>
    </w:p>
    <w:p>
      <w:r>
        <w:rPr>
          <w:b w:val="0"/>
          <w:sz w:val="20"/>
        </w:rPr>
        <w:t>Der Mieter verpflichtet sich, die Rechte und Pflichten aus dem Hauptmietvertrag einzuhalten und dafür Sorge zu tragen, dass der Untermieter diese ebenfalls achtet.</w:t>
      </w:r>
    </w:p>
    <w:p/>
    <w:p>
      <w:r>
        <w:rPr>
          <w:b/>
          <w:sz w:val="20"/>
        </w:rPr>
        <w:t>§ 3 – Haftung</w:t>
      </w:r>
    </w:p>
    <w:p>
      <w:r>
        <w:rPr>
          <w:b w:val="0"/>
          <w:sz w:val="20"/>
        </w:rPr>
        <w:t>Der Mieter haftet für Schäden, die durch den Untermieter verursacht werden, als ob er diese selbst verursacht hätte.</w:t>
      </w:r>
    </w:p>
    <w:p/>
    <w:p>
      <w:r>
        <w:rPr>
          <w:b/>
          <w:sz w:val="20"/>
        </w:rPr>
        <w:t>§ 4 – Kündigung</w:t>
      </w:r>
    </w:p>
    <w:p>
      <w:r>
        <w:rPr>
          <w:b w:val="0"/>
          <w:sz w:val="20"/>
        </w:rPr>
        <w:t>Die Zustimmung zur Untervermietung kann widerrufen werden, wenn der Untermieter gegen die Vertragsbedingungen verstößt oder andere wichtige Gründe vorliegen.</w:t>
      </w:r>
    </w:p>
    <w:p/>
    <w:p>
      <w:r>
        <w:rPr>
          <w:b/>
          <w:sz w:val="20"/>
        </w:rPr>
        <w:t>§ 5 – Sonstiges</w:t>
      </w:r>
    </w:p>
    <w:p>
      <w:r>
        <w:rPr>
          <w:b w:val="0"/>
          <w:sz w:val="20"/>
        </w:rPr>
        <w:t>Alle weiteren Bestimmungen des Hauptmietvertrages bleiben unberührt und gelten auch für das Untermietverhältnis.</w:t>
      </w:r>
    </w:p>
    <w:p/>
    <w:p/>
    <w:p>
      <w:r>
        <w:rPr>
          <w:b w:val="0"/>
          <w:sz w:val="20"/>
        </w:rPr>
        <w:t>Ort : ___________________________________________</w:t>
      </w:r>
    </w:p>
    <w:p>
      <w:r>
        <w:rPr>
          <w:b w:val="0"/>
          <w:sz w:val="20"/>
        </w:rPr>
        <w:t>Datum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https://vorlagenfy.com/zustimmung-zur-untervermietung/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zustimmung-zur-untervermietun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