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ZOLLERKLÄRUNG - BALI MUSTER</w:t>
      </w:r>
    </w:p>
    <w:p/>
    <w:p>
      <w:r>
        <w:rPr>
          <w:b/>
          <w:sz w:val="20"/>
        </w:rPr>
        <w:t>Absender (Exporteur) :</w:t>
      </w:r>
    </w:p>
    <w:p>
      <w:r>
        <w:rPr>
          <w:b w:val="0"/>
          <w:sz w:val="20"/>
        </w:rPr>
        <w:t>Name/Firma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Empfänger (Importeur) :</w:t>
      </w:r>
    </w:p>
    <w:p>
      <w:r>
        <w:rPr>
          <w:b w:val="0"/>
          <w:sz w:val="20"/>
        </w:rPr>
        <w:t>Name/Firma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 : ____________________________________________________________</w:t>
      </w:r>
    </w:p>
    <w:p/>
    <w:p>
      <w:r>
        <w:rPr>
          <w:b/>
          <w:sz w:val="20"/>
        </w:rPr>
        <w:t>Beschreibung der Waren :</w:t>
      </w:r>
    </w:p>
    <w:p>
      <w:r>
        <w:rPr>
          <w:b w:val="0"/>
          <w:sz w:val="20"/>
        </w:rPr>
        <w:t>Art der Waren : _____________________________________________________</w:t>
      </w:r>
    </w:p>
    <w:p>
      <w:r>
        <w:rPr>
          <w:b w:val="0"/>
          <w:sz w:val="20"/>
        </w:rPr>
        <w:t>Menge : _____________________________________________________________</w:t>
      </w:r>
    </w:p>
    <w:p>
      <w:r>
        <w:rPr>
          <w:b w:val="0"/>
          <w:sz w:val="20"/>
        </w:rPr>
        <w:t>Warenwert (EUR) : _________________________________________________</w:t>
      </w:r>
    </w:p>
    <w:p>
      <w:r>
        <w:rPr>
          <w:b w:val="0"/>
          <w:sz w:val="20"/>
        </w:rPr>
        <w:t>Ursprungsland : _____________________________________________________</w:t>
      </w:r>
    </w:p>
    <w:p>
      <w:r>
        <w:rPr>
          <w:b w:val="0"/>
          <w:sz w:val="20"/>
        </w:rPr>
        <w:t>Verpackung : _______________________________________________________</w:t>
      </w:r>
    </w:p>
    <w:p/>
    <w:p>
      <w:r>
        <w:rPr>
          <w:b/>
          <w:sz w:val="20"/>
        </w:rPr>
        <w:t>Transportinformationen :</w:t>
      </w:r>
    </w:p>
    <w:p>
      <w:r>
        <w:rPr>
          <w:b w:val="0"/>
          <w:sz w:val="20"/>
        </w:rPr>
        <w:t>Transportmittel : ____________________________________________________</w:t>
      </w:r>
    </w:p>
    <w:p>
      <w:r>
        <w:rPr>
          <w:b w:val="0"/>
          <w:sz w:val="20"/>
        </w:rPr>
        <w:t>Versandart : ________________________________________________________</w:t>
      </w:r>
    </w:p>
    <w:p>
      <w:r>
        <w:rPr>
          <w:b w:val="0"/>
          <w:sz w:val="20"/>
        </w:rPr>
        <w:t>Lieferbedingungen (Incoterms) : _____________________________________</w:t>
      </w:r>
    </w:p>
    <w:p/>
    <w:p>
      <w:r>
        <w:rPr>
          <w:b/>
          <w:sz w:val="20"/>
        </w:rPr>
        <w:t>Zollangaben :</w:t>
      </w:r>
    </w:p>
    <w:p>
      <w:r>
        <w:rPr>
          <w:b w:val="0"/>
          <w:sz w:val="20"/>
        </w:rPr>
        <w:t>HS-Code (Warentarifnummer) : _________________________________________</w:t>
      </w:r>
    </w:p>
    <w:p>
      <w:r>
        <w:rPr>
          <w:b w:val="0"/>
          <w:sz w:val="20"/>
        </w:rPr>
        <w:t>Zollwert (EUR) : ____________________________________________________</w:t>
      </w:r>
    </w:p>
    <w:p>
      <w:r>
        <w:rPr>
          <w:b w:val="0"/>
          <w:sz w:val="20"/>
        </w:rPr>
        <w:t>Anfallende Zölle und Steuern : _______________________________________</w:t>
      </w:r>
    </w:p>
    <w:p/>
    <w:p>
      <w:r>
        <w:rPr>
          <w:b/>
          <w:sz w:val="20"/>
        </w:rPr>
        <w:t>Erklärungen :</w:t>
      </w:r>
    </w:p>
    <w:p>
      <w:r>
        <w:rPr>
          <w:b w:val="0"/>
          <w:sz w:val="20"/>
        </w:rPr>
        <w:t>Der Absender erklärt hiermit, dass die oben genannten Angaben der Wahrheit entsprechen und vollständig sind.</w:t>
      </w:r>
    </w:p>
    <w:p>
      <w:r>
        <w:rPr>
          <w:b w:val="0"/>
          <w:sz w:val="20"/>
        </w:rPr>
        <w:t>Die Waren entsprechen den geltenden Zollbestimmungen und sind frei von verbotenen oder eingeschränkten Gegenständen.</w:t>
      </w:r>
    </w:p>
    <w:p>
      <w:r>
        <w:rPr>
          <w:b w:val="0"/>
          <w:sz w:val="20"/>
        </w:rPr>
        <w:t>Der Absender übernimmt die volle Verantwortung für die Richtigkeit der Angaben.</w:t>
      </w:r>
    </w:p>
    <w:p/>
    <w:p/>
    <w:p>
      <w:r>
        <w:rPr>
          <w:b w:val="0"/>
          <w:sz w:val="20"/>
        </w:rPr>
        <w:t>Ort : _______________________________    Unterschrift : 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 (Exporteur)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(Importeur)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https://vorlagenfy.com/zollerklarung-bali-muster/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zollerklarung-bali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