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RÄUMUNGSKLAGE</w:t>
      </w:r>
    </w:p>
    <w:p/>
    <w:p>
      <w:r>
        <w:rPr>
          <w:b/>
          <w:sz w:val="20"/>
        </w:rPr>
        <w:t>Absender (Mieter):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(Vermieter / Gericht):</w:t>
      </w:r>
    </w:p>
    <w:p>
      <w:r>
        <w:rPr>
          <w:b w:val="0"/>
          <w:sz w:val="20"/>
        </w:rPr>
        <w:t>Name / Bezeichnung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Widerspruch gegen die Räumungsklage im Verfahren Az.: 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die von Ihnen eingereichte Räumungsklage ein.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Ich bestreite die Räumung des Mietobjekts aus folgenden Gründen:</w:t>
      </w:r>
    </w:p>
    <w:p>
      <w:r>
        <w:rPr>
          <w:b w:val="0"/>
          <w:sz w:val="20"/>
        </w:rPr>
        <w:t>- Die Kündigung ist unwirksam, da sie nicht den gesetzlichen Anforderungen entspricht.</w:t>
      </w:r>
    </w:p>
    <w:p>
      <w:r>
        <w:rPr>
          <w:b w:val="0"/>
          <w:sz w:val="20"/>
        </w:rPr>
        <w:t>- Es besteht ein berechtigtes Interesse an der Fortsetzung des Mietverhältnisses.</w:t>
      </w:r>
    </w:p>
    <w:p>
      <w:r>
        <w:rPr>
          <w:b w:val="0"/>
          <w:sz w:val="20"/>
        </w:rPr>
        <w:t>- Die behaupteten Zahlungsrückstände sind nicht korrekt oder vollständig beglichen.</w:t>
      </w:r>
    </w:p>
    <w:p>
      <w:r>
        <w:rPr>
          <w:b w:val="0"/>
          <w:sz w:val="20"/>
        </w:rPr>
        <w:t>- Weitere individuelle Gründe: _________________________________________</w:t>
      </w:r>
    </w:p>
    <w:p/>
    <w:p>
      <w:r>
        <w:rPr>
          <w:b/>
          <w:sz w:val="20"/>
        </w:rPr>
        <w:t>Rechtsgrundlage:</w:t>
      </w:r>
    </w:p>
    <w:p>
      <w:r>
        <w:rPr>
          <w:b w:val="0"/>
          <w:sz w:val="20"/>
        </w:rPr>
        <w:t>Gemäß § 535 BGB besteht ein Mietvertrag mit wirksamer Fortsetzung, und die Kündigung sowie Räumungsklage entbehren einer rechtlichen Grundlage.</w:t>
      </w:r>
    </w:p>
    <w:p/>
    <w:p>
      <w:r>
        <w:rPr>
          <w:b/>
          <w:sz w:val="20"/>
        </w:rPr>
        <w:t>Antrag:</w:t>
      </w:r>
    </w:p>
    <w:p>
      <w:r>
        <w:rPr>
          <w:b w:val="0"/>
          <w:sz w:val="20"/>
        </w:rPr>
        <w:t>Ich beantrage daher, die Räumungsklage abzuweisen und das Mietverhältnis aufrechtzuerhalten.</w:t>
      </w:r>
    </w:p>
    <w:p/>
    <w:p>
      <w:r>
        <w:rPr>
          <w:b w:val="0"/>
          <w:sz w:val="20"/>
        </w:rPr>
        <w:t>Ich bin bereit, an einer gütlichen Einigung mitzuwirken und stehe für Verhandlungen zur Verfügung.</w:t>
      </w:r>
    </w:p>
    <w:p/>
    <w:p>
      <w:r>
        <w:rPr>
          <w:b w:val="0"/>
          <w:sz w:val="20"/>
        </w:rPr>
        <w:t xml:space="preserve">Ort : ____________________________    </w:t>
      </w:r>
    </w:p>
    <w:p>
      <w:r>
        <w:rPr>
          <w:b w:val="0"/>
          <w:sz w:val="20"/>
        </w:rPr>
        <w:t>Unterschrift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(Widersprechender)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/ Gericht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(ggf. Empfangsbestätigung)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https://vorlagenfy.com/widerspruch-raumungsklage/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widerspruch-raumungsk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