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WIDERRUF DER VOLLMACHT FÜR STEUERBERATER</w:t>
      </w:r>
    </w:p>
    <w:p/>
    <w:p/>
    <w:p>
      <w:r>
        <w:rPr>
          <w:b w:val="0"/>
          <w:sz w:val="20"/>
        </w:rPr>
        <w:t>Hiermit widerrufe ich die erteilte Vollmacht für meinen Steuerberater mit sofortiger Wirkung.</w:t>
      </w:r>
    </w:p>
    <w:p/>
    <w:p/>
    <w:p>
      <w:r>
        <w:rPr>
          <w:b/>
          <w:sz w:val="20"/>
        </w:rPr>
        <w:t>Angaben zur Vollmachtgeberin / zum Vollmachtgeber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Steuernummer / Steuer-ID : ____________________________________________</w:t>
      </w:r>
    </w:p>
    <w:p/>
    <w:p>
      <w:r>
        <w:rPr>
          <w:b/>
          <w:sz w:val="20"/>
        </w:rPr>
        <w:t>Angaben zur Bevollmächtigten / zum Bevollmächtigten (Steuerberater/in) :</w:t>
      </w:r>
    </w:p>
    <w:p>
      <w:r>
        <w:rPr>
          <w:b w:val="0"/>
          <w:sz w:val="20"/>
        </w:rPr>
        <w:t>Name / Kanzlei : 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Steuernummer / Steuerberaternummer : __________________________________</w:t>
      </w:r>
    </w:p>
    <w:p/>
    <w:p>
      <w:r>
        <w:rPr>
          <w:b/>
          <w:sz w:val="20"/>
        </w:rPr>
        <w:t>Bevollmächtigte Tätigkeiten (bitte ankreuzen oder ergänzen) :</w:t>
      </w:r>
    </w:p>
    <w:p>
      <w:r>
        <w:rPr>
          <w:b w:val="0"/>
          <w:sz w:val="20"/>
        </w:rPr>
        <w:t>☐ Vertretung gegenüber Finanzbehörden</w:t>
      </w:r>
    </w:p>
    <w:p>
      <w:r>
        <w:rPr>
          <w:b w:val="0"/>
          <w:sz w:val="20"/>
        </w:rPr>
        <w:t>☐ Einlegung von Rechtsbehelfen</w:t>
      </w:r>
    </w:p>
    <w:p>
      <w:r>
        <w:rPr>
          <w:b w:val="0"/>
          <w:sz w:val="20"/>
        </w:rPr>
        <w:t>☐ Empfangnahme von Erklärungen und Bescheiden</w:t>
      </w:r>
    </w:p>
    <w:p>
      <w:r>
        <w:rPr>
          <w:b w:val="0"/>
          <w:sz w:val="20"/>
        </w:rPr>
        <w:t>☐ Sonstige : __________________________________________________________</w:t>
      </w:r>
    </w:p>
    <w:p/>
    <w:p>
      <w:r>
        <w:rPr>
          <w:b w:val="0"/>
          <w:sz w:val="20"/>
        </w:rPr>
        <w:t xml:space="preserve">Mit diesem Widerruf entziehe ich die erteilte Vollmacht in vollem Umfang. </w:t>
      </w:r>
    </w:p>
    <w:p>
      <w:r>
        <w:rPr>
          <w:b w:val="0"/>
          <w:sz w:val="20"/>
        </w:rPr>
        <w:t>Alle bisherigen Vollmachten und Vertretungsbefugnisse werden hiermit aufgehoben.</w:t>
      </w:r>
    </w:p>
    <w:p/>
    <w:p/>
    <w:p>
      <w:r>
        <w:rPr>
          <w:b/>
          <w:sz w:val="20"/>
        </w:rPr>
        <w:t>Hinweis :</w:t>
      </w:r>
    </w:p>
    <w:p>
      <w:r>
        <w:rPr>
          <w:b w:val="0"/>
          <w:sz w:val="20"/>
        </w:rPr>
        <w:t>Der Widerruf der Vollmacht wird wirksam, sobald der Steuerberater davon Kenntnis erlangt hat.</w:t>
      </w:r>
    </w:p>
    <w:p>
      <w:r>
        <w:rPr>
          <w:b w:val="0"/>
          <w:sz w:val="20"/>
        </w:rPr>
        <w:t>Bitte senden Sie eine schriftliche Bestätigung dieses Widerrufs an mich.</w:t>
      </w:r>
    </w:p>
    <w:p/>
    <w:p/>
    <w:p>
      <w:r>
        <w:rPr>
          <w:b/>
          <w:sz w:val="20"/>
        </w:rPr>
        <w:t>Unterschrift Vollmachtgeber/in :</w:t>
      </w:r>
    </w:p>
    <w:p>
      <w:pPr>
        <w:jc w:val="center"/>
      </w:pPr>
      <w:r>
        <w:rPr>
          <w:b w:val="0"/>
          <w:sz w:val="20"/>
        </w:rPr>
        <w:t>_______________________________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Steuerberater/in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https://vorlagenfy.com/widerruf-vollmacht-steuerberater-muster/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widerruf-vollmacht-steuerberater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