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ARBEITSVERHÄLTNISSES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: _____________________________________________________________</w:t>
      </w:r>
    </w:p>
    <w:p>
      <w:r>
        <w:rPr>
          <w:b w:val="0"/>
          <w:sz w:val="20"/>
        </w:rPr>
        <w:t>Abteilung / Ansprechpartner : 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Hiermit kündige ich das mit Ihnen bestehende Arbeitsverhältnis ordentlich und fristgerecht zum nächstmöglichen Termin.</w:t>
      </w:r>
    </w:p>
    <w:p/>
    <w:p>
      <w:r>
        <w:rPr>
          <w:b w:val="0"/>
          <w:sz w:val="20"/>
        </w:rPr>
        <w:t>Ich bitte um eine schriftliche Bestätigung der Kündigung unter Angabe des Beendigungszeitpunktes.</w:t>
      </w:r>
    </w:p>
    <w:p/>
    <w:p>
      <w:r>
        <w:rPr>
          <w:b w:val="0"/>
          <w:sz w:val="20"/>
        </w:rPr>
        <w:t>Weiter bitte ich um die Ausstellung eines qualifizierten Arbeitszeugnisses.</w:t>
      </w:r>
    </w:p>
    <w:p/>
    <w:p/>
    <w:p>
      <w:r>
        <w:rPr>
          <w:b/>
          <w:sz w:val="20"/>
        </w:rPr>
        <w:t>Grund der Kündigung (freiwillig, optional):</w:t>
      </w:r>
    </w:p>
    <w:p>
      <w:r>
        <w:rPr>
          <w:b w:val="0"/>
          <w:sz w:val="20"/>
        </w:rPr>
        <w:t>Wegen Umzug an einen anderen Wohnort.</w:t>
      </w:r>
    </w:p>
    <w:p/>
    <w:p/>
    <w:p>
      <w:r>
        <w:rPr>
          <w:b/>
          <w:sz w:val="20"/>
        </w:rPr>
        <w:t>Hinweis zum Arbeitslosengeld:</w:t>
      </w:r>
    </w:p>
    <w:p>
      <w:r>
        <w:rPr>
          <w:b w:val="0"/>
          <w:sz w:val="20"/>
        </w:rPr>
        <w:t>Ich bin mir bewusst, dass ich mich unverzüglich bei der Agentur für Arbeit arbeitsuchend melden muss, um Sperrzeiten zu vermeiden.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p>
      <w:r>
        <w:rPr>
          <w:b w:val="0"/>
          <w:sz w:val="20"/>
        </w:rPr>
        <w:t>Unterschrift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https://vorlagenfy.com/wegen-umzug-arbeit-kundigen-arbeitslosengeld/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wegen-umzug-arbeit-kundigen-arbeitslosengeld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