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VORZEITIGE KÜNDIGUNG DES SCHULVERTRAGS</w:t>
      </w:r>
    </w:p>
    <w:p/>
    <w:p>
      <w:r>
        <w:rPr>
          <w:b w:val="0"/>
          <w:sz w:val="20"/>
        </w:rPr>
        <w:t>Hiermit kündige ich den bestehenden Schulvertrag vorzeitig zu dem nächstmöglichen Zeitpunkt. Die Kündigung erfolgt aus wichtigem Grund gemäß den vertraglichen und gesetzlichen Bestimmungen.</w:t>
      </w:r>
    </w:p>
    <w:p/>
    <w:p/>
    <w:p>
      <w:r>
        <w:rPr>
          <w:b/>
          <w:sz w:val="20"/>
        </w:rPr>
        <w:t>Angaben zum Vertragspartner (Schüler/in bzw. Erziehungsberechtigte/r):</w:t>
      </w:r>
    </w:p>
    <w:p>
      <w:r>
        <w:rPr>
          <w:b w:val="0"/>
          <w:sz w:val="20"/>
        </w:rPr>
        <w:t>Name, Vorname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/>
    <w:p>
      <w:r>
        <w:rPr>
          <w:b/>
          <w:sz w:val="20"/>
        </w:rPr>
        <w:t>Angaben zur Schule:</w:t>
      </w:r>
    </w:p>
    <w:p>
      <w:r>
        <w:rPr>
          <w:b w:val="0"/>
          <w:sz w:val="20"/>
        </w:rPr>
        <w:t>Name der Schule : ________________________________________________________</w:t>
      </w:r>
    </w:p>
    <w:p>
      <w:r>
        <w:rPr>
          <w:b w:val="0"/>
          <w:sz w:val="20"/>
        </w:rPr>
        <w:t>Anschrift der Schule : ____________________________________________________</w:t>
      </w:r>
    </w:p>
    <w:p/>
    <w:p>
      <w:r>
        <w:rPr>
          <w:b/>
          <w:sz w:val="20"/>
        </w:rPr>
        <w:t>Vertragsdaten:</w:t>
      </w:r>
    </w:p>
    <w:p>
      <w:r>
        <w:rPr>
          <w:b w:val="0"/>
          <w:sz w:val="20"/>
        </w:rPr>
        <w:t>Vertragsnummer (falls bekannt) : ___________________________________________</w:t>
      </w:r>
    </w:p>
    <w:p>
      <w:r>
        <w:rPr>
          <w:b w:val="0"/>
          <w:sz w:val="20"/>
        </w:rPr>
        <w:t>Datum des Vertragsschlusses : _____________________________________________</w:t>
      </w:r>
    </w:p>
    <w:p/>
    <w:p>
      <w:r>
        <w:rPr>
          <w:b/>
          <w:sz w:val="20"/>
        </w:rPr>
        <w:t>Kündigungsgrund:</w:t>
      </w:r>
    </w:p>
    <w:p>
      <w:r>
        <w:rPr>
          <w:b w:val="0"/>
          <w:sz w:val="20"/>
        </w:rPr>
        <w:t>Der Vertrag wird aus folgendem wichtigen Grund vorzeitig gekündigt: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Rechtsgrundlage der Kündigung:</w:t>
      </w:r>
    </w:p>
    <w:p>
      <w:r>
        <w:rPr>
          <w:b w:val="0"/>
          <w:sz w:val="20"/>
        </w:rPr>
        <w:t>Die Kündigung erfolgt auf Grundlage der vertraglichen Vereinbarungen sowie der §§ 314, 323 BGB.</w:t>
      </w:r>
    </w:p>
    <w:p/>
    <w:p>
      <w:r>
        <w:rPr>
          <w:b/>
          <w:sz w:val="20"/>
        </w:rPr>
        <w:t>Weitere Erklärungen:</w:t>
      </w:r>
    </w:p>
    <w:p>
      <w:r>
        <w:rPr>
          <w:b w:val="0"/>
          <w:sz w:val="20"/>
        </w:rPr>
        <w:t>Mit dieser Kündigung sind alle gegenseitigen Ansprüche aus dem Vertrag abgegolten, soweit nicht anders vereinbart.</w:t>
      </w:r>
    </w:p>
    <w:p>
      <w:r>
        <w:rPr>
          <w:b w:val="0"/>
          <w:sz w:val="20"/>
        </w:rPr>
        <w:t>Bitte bestätigen Sie den Erhalt dieser Kündigung und das Vertragsende schriftlich.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(Schüler/in bzw. Erziehungsberechtigte/r)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https://vorlagenfy.com/vorzeitige-kundigung-schulvertrag/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vorzeitige-kundigung-schulvertrag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