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Max Mustermann</w:t>
      </w:r>
    </w:p>
    <w:p>
      <w:r>
        <w:rPr>
          <w:b w:val="0"/>
          <w:sz w:val="20"/>
        </w:rPr>
        <w:t>Musterstraße 12</w:t>
      </w:r>
    </w:p>
    <w:p>
      <w:r>
        <w:rPr>
          <w:b w:val="0"/>
          <w:sz w:val="20"/>
        </w:rPr>
        <w:t>12345 Musterstadt</w:t>
      </w:r>
    </w:p>
    <w:p>
      <w:r>
        <w:rPr>
          <w:b w:val="0"/>
          <w:sz w:val="20"/>
        </w:rPr>
        <w:t>Telefon: 01234 / 567890</w:t>
      </w:r>
    </w:p>
    <w:p>
      <w:r>
        <w:rPr>
          <w:b w:val="0"/>
          <w:sz w:val="20"/>
        </w:rPr>
        <w:t>E-Mail: max.mustermann@example.com</w:t>
      </w:r>
    </w:p>
    <w:p/>
    <w:p/>
    <w:p>
      <w:r>
        <w:rPr>
          <w:b/>
          <w:sz w:val="20"/>
        </w:rPr>
        <w:t>Firma Beispiel GmbH</w:t>
      </w:r>
    </w:p>
    <w:p>
      <w:r>
        <w:rPr>
          <w:b w:val="0"/>
          <w:sz w:val="20"/>
        </w:rPr>
        <w:t>Personalabteilung</w:t>
      </w:r>
    </w:p>
    <w:p>
      <w:r>
        <w:rPr>
          <w:b w:val="0"/>
          <w:sz w:val="20"/>
        </w:rPr>
        <w:t>Beispielweg 34</w:t>
      </w:r>
    </w:p>
    <w:p>
      <w:r>
        <w:rPr>
          <w:b w:val="0"/>
          <w:sz w:val="20"/>
        </w:rPr>
        <w:t>98765 Beispielstadt</w:t>
      </w:r>
    </w:p>
    <w:p/>
    <w:p/>
    <w:p>
      <w:pPr>
        <w:jc w:val="center"/>
      </w:pPr>
      <w:r>
        <w:rPr>
          <w:b/>
          <w:sz w:val="20"/>
        </w:rPr>
        <w:t>Bewerbung um eine Stelle als Sachbearbeiter</w:t>
      </w:r>
    </w:p>
    <w:p/>
    <w:p/>
    <w:p>
      <w:r>
        <w:rPr>
          <w:b w:val="0"/>
          <w:sz w:val="20"/>
        </w:rPr>
        <w:t>Sehr geehrte Damen und Herren,</w:t>
      </w:r>
    </w:p>
    <w:p/>
    <w:p>
      <w:r>
        <w:rPr>
          <w:b w:val="0"/>
          <w:sz w:val="20"/>
        </w:rPr>
        <w:t>mit großem Interesse habe ich Ihre Stellenausschreibung gelesen und bewerbe mich hiermit um die ausgeschriebene Position als Sachbearbeiter in Ihrem Unternehmen.</w:t>
      </w:r>
    </w:p>
    <w:p/>
    <w:p>
      <w:r>
        <w:rPr>
          <w:b w:val="0"/>
          <w:sz w:val="20"/>
        </w:rPr>
        <w:t>Ich verfüge über eine abgeschlossene kaufmännische Ausbildung und konnte bereits mehrere Jahre Berufserfahrung im Bereich Sachbearbeitung sammeln. Zu meinen Stärken zählen eine sorgfältige Arbeitsweise, Teamfähigkeit sowie ein sicheres Auftreten gegenüber Kunden und Geschäftspartnern.</w:t>
      </w:r>
    </w:p>
    <w:p/>
    <w:p>
      <w:r>
        <w:rPr>
          <w:b w:val="0"/>
          <w:sz w:val="20"/>
        </w:rPr>
        <w:t>Darüber hinaus bringe ich gute Kenntnisse in den gängigen MS-Office-Anwendungen mit und arbeite mich schnell in neue Softwareprogramme ein. Ich bin überzeugt, mit meiner engagierten und zuverlässigen Arbeitsweise eine wertvolle Unterstützung für Ihr Team zu sein.</w:t>
      </w:r>
    </w:p>
    <w:p/>
    <w:p>
      <w:r>
        <w:rPr>
          <w:b w:val="0"/>
          <w:sz w:val="20"/>
        </w:rPr>
        <w:t>Gerne überzeuge ich Sie in einem persönlichen Gespräch von meinen Fähigkeiten und freue mich über eine Einladung.</w:t>
      </w:r>
    </w:p>
    <w:p/>
    <w:p>
      <w:r>
        <w:rPr>
          <w:b w:val="0"/>
          <w:sz w:val="20"/>
        </w:rPr>
        <w:t>Mit freundlichen Grüßen,</w:t>
      </w:r>
    </w:p>
    <w:p/>
    <w:p/>
    <w:p/>
    <w:p/>
    <w:p>
      <w:r>
        <w:rPr>
          <w:b w:val="0"/>
          <w:sz w:val="20"/>
        </w:rPr>
        <w:t>Max Mustermann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Telefon:</w:t>
            </w:r>
          </w:p>
        </w:tc>
        <w:tc>
          <w:tcPr>
            <w:tcW w:type="dxa" w:w="4986"/>
            <w:tcBorders>
              <w:top w:val="nil"/>
              <w:left w:val="nil"/>
              <w:bottom w:val="nil"/>
              <w:right w:val="nil"/>
              <w:insideH w:val="nil"/>
              <w:insideV w:val="nil"/>
            </w:tcBorders>
          </w:tcPr>
          <w:p>
            <w:pPr>
              <w:jc w:val="left"/>
            </w:pPr>
            <w:r>
              <w:t>01234 / 567890</w:t>
            </w:r>
          </w:p>
        </w:tc>
      </w:tr>
      <w:tr>
        <w:tc>
          <w:tcPr>
            <w:tcW w:type="dxa" w:w="4986"/>
            <w:tcBorders>
              <w:top w:val="nil"/>
              <w:left w:val="nil"/>
              <w:bottom w:val="nil"/>
              <w:right w:val="nil"/>
              <w:insideH w:val="nil"/>
              <w:insideV w:val="nil"/>
            </w:tcBorders>
          </w:tcPr>
          <w:p>
            <w:pPr>
              <w:jc w:val="left"/>
            </w:pPr>
            <w:r>
              <w:t>E-Mail:</w:t>
            </w:r>
          </w:p>
        </w:tc>
        <w:tc>
          <w:tcPr>
            <w:tcW w:type="dxa" w:w="4986"/>
            <w:tcBorders>
              <w:top w:val="nil"/>
              <w:left w:val="nil"/>
              <w:bottom w:val="nil"/>
              <w:right w:val="nil"/>
              <w:insideH w:val="nil"/>
              <w:insideV w:val="nil"/>
            </w:tcBorders>
          </w:tcPr>
          <w:p>
            <w:pPr>
              <w:jc w:val="left"/>
            </w:pPr>
            <w:r>
              <w:t>max.mustermann@example.com</w:t>
            </w:r>
          </w:p>
        </w:tc>
      </w:tr>
    </w:tbl>
    <w:p>
      <w:r>
        <w:br w:type="page"/>
      </w:r>
    </w:p>
    <w:p>
      <w:pPr>
        <w:jc w:val="center"/>
      </w:pPr>
      <w:r>
        <w:rPr>
          <w:color w:val="555555"/>
          <w:sz w:val="24"/>
        </w:rPr>
        <w:t>Originalquelle dieses Dokuments:</w:t>
      </w:r>
    </w:p>
    <w:p>
      <w:pPr>
        <w:jc w:val="center"/>
      </w:pPr>
      <w:hyperlink r:id="rId9">
        <w:r>
          <w:rPr>
            <w:color w:val="0000FF"/>
            <w:u w:val="single"/>
          </w:rPr>
          <w:t>https://vorlagenfy.com/vorstellungsbrief/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vorstellungsbrief/"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