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LUSTIGE URLAUBSGRÜSSE</w:t>
      </w:r>
    </w:p>
    <w:p/>
    <w:p>
      <w:r>
        <w:rPr>
          <w:b/>
          <w:sz w:val="20"/>
        </w:rPr>
        <w:t>Liebe Grüße aus dem wohlverdienten Urlaub!</w:t>
      </w:r>
    </w:p>
    <w:p/>
    <w:p>
      <w:r>
        <w:rPr>
          <w:b w:val="0"/>
          <w:sz w:val="20"/>
        </w:rPr>
        <w:t>Ich wünsche Dir Erholung pur, spannende Abenteuer und unvergessliche Momente.</w:t>
      </w:r>
    </w:p>
    <w:p>
      <w:r>
        <w:rPr>
          <w:b w:val="0"/>
          <w:sz w:val="20"/>
        </w:rPr>
        <w:t>Möge Dein Sonnenschutz immer griffbereit sein und der Kaffee am Morgen niemals ausgehen.</w:t>
      </w:r>
    </w:p>
    <w:p>
      <w:r>
        <w:rPr>
          <w:b w:val="0"/>
          <w:sz w:val="20"/>
        </w:rPr>
        <w:t>Nimm das Leben nicht zu ernst – außer beim Strandliegen und Eisessen, da ist volle Konzentration gefragt!</w:t>
      </w:r>
    </w:p>
    <w:p/>
    <w:p>
      <w:r>
        <w:rPr>
          <w:b/>
          <w:sz w:val="20"/>
        </w:rPr>
        <w:t>Bitte nicht vergessen:</w:t>
      </w:r>
    </w:p>
    <w:p>
      <w:r>
        <w:rPr>
          <w:b w:val="0"/>
          <w:sz w:val="20"/>
        </w:rPr>
        <w:t>- Handtuch nicht am Liegestuhl vergessen, sonst sitzt du im Sand!</w:t>
      </w:r>
    </w:p>
    <w:p>
      <w:r>
        <w:rPr>
          <w:b w:val="0"/>
          <w:sz w:val="20"/>
        </w:rPr>
        <w:t>- Nicht zu viele Fotos machen – wir wollen ja nicht, dass dein Akku schlappmacht.</w:t>
      </w:r>
    </w:p>
    <w:p>
      <w:r>
        <w:rPr>
          <w:b w:val="0"/>
          <w:sz w:val="20"/>
        </w:rPr>
        <w:t>- Und falls doch mal ein kleiner Sonnenbrand droht: Rot wie eine Tomate sein ist halb so schlimm, Hauptsache mit Humor nehmen!</w:t>
      </w:r>
    </w:p>
    <w:p/>
    <w:p>
      <w:r>
        <w:rPr>
          <w:b/>
          <w:sz w:val="20"/>
        </w:rPr>
        <w:t>Genieß die freie Zeit in vollen Zügen und komm mit vielen lustigen Geschichten zurück.</w:t>
      </w:r>
    </w:p>
    <w:p/>
    <w:p/>
    <w:p>
      <w:pPr>
        <w:jc w:val="center"/>
      </w:pPr>
      <w:r>
        <w:rPr>
          <w:b/>
          <w:sz w:val="20"/>
        </w:rPr>
        <w:t>Herzliche und humorvolle Urlaubsgrüße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https://vorlagenfy.com/vorlage-lustige-urlaubsgrussse-schreiben/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orlage-lustige-urlaubsgrussse-schreiben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