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VORDRUCK ZUR NACHWEISERBRINGUNG VON GESCHENKEN</w:t>
      </w:r>
    </w:p>
    <w:p/>
    <w:p>
      <w:r>
        <w:rPr>
          <w:b/>
          <w:sz w:val="20"/>
        </w:rPr>
        <w:t>Angaben des Schenkers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Beschenkten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Geschenk :</w:t>
      </w:r>
    </w:p>
    <w:p>
      <w:r>
        <w:rPr>
          <w:b w:val="0"/>
          <w:sz w:val="20"/>
        </w:rPr>
        <w:t>Art und Beschreibung des Geschenks : __________________________________</w:t>
      </w:r>
    </w:p>
    <w:p>
      <w:r>
        <w:rPr>
          <w:b w:val="0"/>
          <w:sz w:val="20"/>
        </w:rPr>
        <w:t>Anlass der Schenkung : ________________________________________________</w:t>
      </w:r>
    </w:p>
    <w:p>
      <w:r>
        <w:rPr>
          <w:b w:val="0"/>
          <w:sz w:val="20"/>
        </w:rPr>
        <w:t>Geschätzter Wert des Geschenks (EUR) : ________________________________</w:t>
      </w:r>
    </w:p>
    <w:p/>
    <w:p>
      <w:r>
        <w:rPr>
          <w:b/>
          <w:sz w:val="20"/>
        </w:rPr>
        <w:t>Erklärung :</w:t>
      </w:r>
    </w:p>
    <w:p>
      <w:r>
        <w:rPr>
          <w:b w:val="0"/>
          <w:sz w:val="20"/>
        </w:rPr>
        <w:t>Hiermit bestätige ich, dass das oben beschriebene Geschenk unentgeltlich und freiwillig an den Beschenkten übergeben wurde. Es handelt sich nicht um eine Gegenleistung oder Darlehen.</w:t>
      </w:r>
    </w:p>
    <w:p/>
    <w:p>
      <w:r>
        <w:rPr>
          <w:b/>
          <w:sz w:val="20"/>
        </w:rPr>
        <w:t>Rechtshinweis :</w:t>
      </w:r>
    </w:p>
    <w:p>
      <w:r>
        <w:rPr>
          <w:b w:val="0"/>
          <w:sz w:val="20"/>
        </w:rPr>
        <w:t>Dieser Nachweis dient der Dokumentation gem. §§ 7 und 13 ErbStG und der korrekten steuerlichen Behandlung von Schenkungen.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SCHENKER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BESCHENKTER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https://vorlagenfy.com/vordruck-geschenke-nachweis/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rdruck-geschenke-nachweis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