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VOLLMACHT FÜR DIE RENTENVERSICHERUNG</w:t>
      </w:r>
    </w:p>
    <w:p/>
    <w:p>
      <w:r>
        <w:rPr>
          <w:b/>
          <w:sz w:val="20"/>
        </w:rPr>
        <w:t>Angaben des Vollmachtgebers:</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Adresse : ____________________________________________________________</w:t>
      </w:r>
    </w:p>
    <w:p>
      <w:r>
        <w:rPr>
          <w:b w:val="0"/>
          <w:sz w:val="20"/>
        </w:rPr>
        <w:t>Versicherungsnummer (falls bekannt) : ________________________________</w:t>
      </w:r>
    </w:p>
    <w:p/>
    <w:p>
      <w:r>
        <w:rPr>
          <w:b/>
          <w:sz w:val="20"/>
        </w:rPr>
        <w:t>Angaben des Bevollmächtigten:</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Adresse : ____________________________________________________________</w:t>
      </w:r>
    </w:p>
    <w:p>
      <w:r>
        <w:rPr>
          <w:b w:val="0"/>
          <w:sz w:val="20"/>
        </w:rPr>
        <w:t>Telefonnummer : ______________________________________________________</w:t>
      </w:r>
    </w:p>
    <w:p/>
    <w:p>
      <w:r>
        <w:rPr>
          <w:b/>
          <w:sz w:val="20"/>
        </w:rPr>
        <w:t>Vollmachtserklärung:</w:t>
      </w:r>
    </w:p>
    <w:p>
      <w:r>
        <w:rPr>
          <w:b w:val="0"/>
          <w:sz w:val="20"/>
        </w:rPr>
        <w:t>Hiermit bevollmächtige ich, der Vollmachtgeber, die oben genannte Person, mich in allen Angelegenheiten gegenüber der Deutschen Rentenversicherung zu vertreten. Dies umfasst insbesondere die Einholung, Entgegennahme und Übermittlung von Auskünften, das Stellen von Anträgen, die Entgegennahme von Bescheiden sowie die Durchführung aller notwendigen Schritte im Zusammenhang mit Rentenangelegenheiten.</w:t>
      </w:r>
    </w:p>
    <w:p/>
    <w:p>
      <w:r>
        <w:rPr>
          <w:b/>
          <w:sz w:val="20"/>
        </w:rPr>
        <w:t>Umfang der Vollmacht:</w:t>
      </w:r>
    </w:p>
    <w:p>
      <w:r>
        <w:rPr>
          <w:b w:val="0"/>
          <w:sz w:val="20"/>
        </w:rPr>
        <w:t>Die Vollmacht erstreckt sich auf alle Angelegenheiten der gesetzlichen Rentenversicherung, einschließlich der Beantragung von Rentenleistungen, Klärung von Versicherungszeiten, Widerspruchs- und Klageverfahren sowie sonstiger damit verbundener Verwaltungshandlungen.</w:t>
      </w:r>
    </w:p>
    <w:p/>
    <w:p>
      <w:r>
        <w:rPr>
          <w:b/>
          <w:sz w:val="20"/>
        </w:rPr>
        <w:t>Dauer der Vollmacht:</w:t>
      </w:r>
    </w:p>
    <w:p>
      <w:r>
        <w:rPr>
          <w:b w:val="0"/>
          <w:sz w:val="20"/>
        </w:rPr>
        <w:t>Die Vollmacht gilt bis auf Widerruf. Ein Widerruf ist schriftlich gegenüber der Deutschen Rentenversicherung und dem Bevollmächtigten zu erklären.</w:t>
      </w:r>
    </w:p>
    <w:p/>
    <w:p>
      <w:r>
        <w:rPr>
          <w:b/>
          <w:sz w:val="20"/>
        </w:rPr>
        <w:t>Haftungsausschluss:</w:t>
      </w:r>
    </w:p>
    <w:p>
      <w:r>
        <w:rPr>
          <w:b w:val="0"/>
          <w:sz w:val="20"/>
        </w:rPr>
        <w:t>Der Vollmachtgeber ist sich bewusst, dass er für die Handlungen des Bevollmächtigten gegenüber der Deutschen Rentenversicherung haftbar bleibt, soweit diese im Rahmen der erteilten Vollmacht erfolgen.</w:t>
      </w:r>
    </w:p>
    <w:p/>
    <w:p/>
    <w:p>
      <w:r>
        <w:rPr>
          <w:b w:val="0"/>
          <w:sz w:val="20"/>
        </w:rPr>
        <w:t>Ort : ________________________________________________________________</w:t>
      </w:r>
    </w:p>
    <w:p>
      <w:r>
        <w:rPr>
          <w:b w:val="0"/>
          <w:sz w:val="20"/>
        </w:rPr>
        <w:t>Unterschrift Vollmachtgeber : ___________________________________________</w:t>
      </w:r>
    </w:p>
    <w:p/>
    <w:p/>
    <w:p>
      <w:r>
        <w:rPr>
          <w:b w:val="0"/>
          <w:sz w:val="20"/>
        </w:rPr>
        <w:t>Ort : ________________________________________________________________</w:t>
      </w:r>
    </w:p>
    <w:p>
      <w:r>
        <w:rPr>
          <w:b w:val="0"/>
          <w:sz w:val="20"/>
        </w:rPr>
        <w:t>Unterschrift Bevollmächtigter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BEVOLLMÄCHTIGTER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https://vorlagenfy.com/vollmacht-rentenversicherung-muster/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vollmacht-rentenversicherung-muster/"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