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ZUR ABHOLUNG EINES PAKETS</w:t>
      </w:r>
    </w:p>
    <w:p/>
    <w:p>
      <w:r>
        <w:rPr>
          <w:b/>
          <w:sz w:val="20"/>
        </w:rPr>
        <w:t>Vollmachtgeber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Bevollmächtigter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Paketdaten :</w:t>
      </w:r>
    </w:p>
    <w:p>
      <w:r>
        <w:rPr>
          <w:b w:val="0"/>
          <w:sz w:val="20"/>
        </w:rPr>
        <w:t>Absender / Versender : _______________________________________________</w:t>
      </w:r>
    </w:p>
    <w:p>
      <w:r>
        <w:rPr>
          <w:b w:val="0"/>
          <w:sz w:val="20"/>
        </w:rPr>
        <w:t>Sendungsnummer / Tracking : _________________________________________</w:t>
      </w:r>
    </w:p>
    <w:p>
      <w:r>
        <w:rPr>
          <w:b w:val="0"/>
          <w:sz w:val="20"/>
        </w:rPr>
        <w:t>Empfangsort : ______________________________________________________</w:t>
      </w:r>
    </w:p>
    <w:p/>
    <w:p>
      <w:r>
        <w:rPr>
          <w:b w:val="0"/>
          <w:sz w:val="20"/>
        </w:rPr>
        <w:t>Hiermit bevollmächtige ich den oben genannten Bevollmächtigten ausdrücklich,</w:t>
      </w:r>
    </w:p>
    <w:p>
      <w:r>
        <w:rPr>
          <w:b w:val="0"/>
          <w:sz w:val="20"/>
        </w:rPr>
        <w:t>das oben bezeichnete Paket in meinem Namen entgegenzunehmen und alle hierfür notwendigen</w:t>
      </w:r>
    </w:p>
    <w:p>
      <w:r>
        <w:rPr>
          <w:b w:val="0"/>
          <w:sz w:val="20"/>
        </w:rPr>
        <w:t>Erklärungen abzugeben sowie Empfangsbestätigungen zu unterschreiben.</w:t>
      </w:r>
    </w:p>
    <w:p/>
    <w:p>
      <w:r>
        <w:rPr>
          <w:b w:val="0"/>
          <w:sz w:val="20"/>
        </w:rPr>
        <w:t>Diese Vollmacht gilt ausschließlich für die Abholung des genannten Pakets.</w:t>
      </w:r>
    </w:p>
    <w:p/>
    <w:p>
      <w:r>
        <w:rPr>
          <w:b w:val="0"/>
          <w:sz w:val="20"/>
        </w:rPr>
        <w:t>Der Vollmachtgeber übernimmt die Haftung für alle Handlungen des Bevollmächtigten</w:t>
      </w:r>
    </w:p>
    <w:p>
      <w:r>
        <w:rPr>
          <w:b w:val="0"/>
          <w:sz w:val="20"/>
        </w:rPr>
        <w:t>im Rahmen dieser Vollmacht. Eine weitergehende Berechtigung wird nicht erteilt.</w:t>
      </w:r>
    </w:p>
    <w:p/>
    <w:p/>
    <w:p>
      <w:r>
        <w:rPr>
          <w:b w:val="0"/>
          <w:sz w:val="20"/>
        </w:rPr>
        <w:t>Ort : ______________________________________________________________</w:t>
      </w:r>
    </w:p>
    <w:p>
      <w:r>
        <w:rPr>
          <w:b w:val="0"/>
          <w:sz w:val="20"/>
        </w:rPr>
        <w:t>Unterschrift Vollmachtgeber : 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https://vorlagenfy.com/vollmacht-paket-abholen-handschriftlich/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ollmacht-paket-abholen-handschriftlich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