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VOLLMACHT ZUR ABHOLUNG EINES FAHRRADS</w:t>
      </w:r>
    </w:p>
    <w:p/>
    <w:p>
      <w:r>
        <w:rPr>
          <w:b/>
          <w:sz w:val="20"/>
        </w:rPr>
        <w:t>Vollmachtgeber :</w:t>
      </w:r>
    </w:p>
    <w:p>
      <w:r>
        <w:rPr>
          <w:b w:val="0"/>
          <w:sz w:val="20"/>
        </w:rPr>
        <w:t>Vor- und Nachname : _________________________________________________</w:t>
      </w:r>
    </w:p>
    <w:p>
      <w:r>
        <w:rPr>
          <w:b w:val="0"/>
          <w:sz w:val="20"/>
        </w:rPr>
        <w:t>Adresse : ____________________________________________________________</w:t>
      </w:r>
    </w:p>
    <w:p>
      <w:r>
        <w:rPr>
          <w:b w:val="0"/>
          <w:sz w:val="20"/>
        </w:rPr>
        <w:t>Personalausweis-Nr. : 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Bevollmächtigter :</w:t>
      </w:r>
    </w:p>
    <w:p>
      <w:r>
        <w:rPr>
          <w:b w:val="0"/>
          <w:sz w:val="20"/>
        </w:rPr>
        <w:t>Vor- und Nachname : _________________________________________________</w:t>
      </w:r>
    </w:p>
    <w:p>
      <w:r>
        <w:rPr>
          <w:b w:val="0"/>
          <w:sz w:val="20"/>
        </w:rPr>
        <w:t>Adresse : ____________________________________________________________</w:t>
      </w:r>
    </w:p>
    <w:p>
      <w:r>
        <w:rPr>
          <w:b w:val="0"/>
          <w:sz w:val="20"/>
        </w:rPr>
        <w:t>Personalausweis-Nr. : 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Fahrraddetails :</w:t>
      </w:r>
    </w:p>
    <w:p>
      <w:r>
        <w:rPr>
          <w:b w:val="0"/>
          <w:sz w:val="20"/>
        </w:rPr>
        <w:t>Marke/Modell : ______________________________________________________</w:t>
      </w:r>
    </w:p>
    <w:p>
      <w:r>
        <w:rPr>
          <w:b w:val="0"/>
          <w:sz w:val="20"/>
        </w:rPr>
        <w:t>Rahmennummer : _____________________________________________________</w:t>
      </w:r>
    </w:p>
    <w:p>
      <w:r>
        <w:rPr>
          <w:b w:val="0"/>
          <w:sz w:val="20"/>
        </w:rPr>
        <w:t>Farbe : _____________________________________________________________</w:t>
      </w:r>
    </w:p>
    <w:p/>
    <w:p>
      <w:r>
        <w:rPr>
          <w:b w:val="0"/>
          <w:sz w:val="20"/>
        </w:rPr>
        <w:t>Hiermit bevollmächtige ich, der Vollmachtgeber, den oben genannten Bevollmächtigten, das beschriebene Fahrrad in meinem Namen abzuholen, alle nötigen Erklärungen abzugeben und entgegenzunehmen sowie erforderliche Dokumente zu unterzeichnen.</w:t>
      </w:r>
    </w:p>
    <w:p/>
    <w:p>
      <w:r>
        <w:rPr>
          <w:b w:val="0"/>
          <w:sz w:val="20"/>
        </w:rPr>
        <w:t>Diese Vollmacht gilt ausschließlich für die Abholung des oben beschriebenen Fahrrads.</w:t>
      </w:r>
    </w:p>
    <w:p/>
    <w:p>
      <w:r>
        <w:rPr>
          <w:b w:val="0"/>
          <w:sz w:val="20"/>
        </w:rPr>
        <w:t>Der Vollmachtgeber erklärt, dass der Bevollmächtigte für Handlungen im Rahmen dieser Vollmacht haftet. Der Vollmachtgeber trägt keine Verantwortung für darüber hinausgehende Handlungen.</w:t>
      </w:r>
    </w:p>
    <w:p/>
    <w:p/>
    <w:p>
      <w:r>
        <w:rPr>
          <w:b w:val="0"/>
          <w:sz w:val="20"/>
        </w:rPr>
        <w:t>Ort : ______________________________________    Datum : 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https://vorlagenfy.com/vollmacht-fahrrad-abholen/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vollmacht-fahrrad-abholen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