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sz w:val="20"/>
        </w:rPr>
        <w:t>MUSTER FÜR DIE SELBSTÄNDIGE KÜNDIGUNG DER VOLLEN ERWERBSMINDERUNGSRENTE</w:t>
      </w:r>
    </w:p>
    <w:p/>
    <w:p>
      <w:r>
        <w:rPr>
          <w:b w:val="0"/>
          <w:sz w:val="20"/>
        </w:rPr>
        <w:t>Name, Vorname : _______________________________________________</w:t>
      </w:r>
    </w:p>
    <w:p>
      <w:r>
        <w:rPr>
          <w:b w:val="0"/>
          <w:sz w:val="20"/>
        </w:rPr>
        <w:t>Anschrift : ____________________________________________________</w:t>
      </w:r>
    </w:p>
    <w:p>
      <w:r>
        <w:rPr>
          <w:b w:val="0"/>
          <w:sz w:val="20"/>
        </w:rPr>
        <w:t>Versicherungsnummer : _________________________________________</w:t>
      </w:r>
    </w:p>
    <w:p/>
    <w:p>
      <w:r>
        <w:rPr>
          <w:b w:val="0"/>
          <w:sz w:val="20"/>
        </w:rPr>
        <w:t>An die</w:t>
      </w:r>
    </w:p>
    <w:p>
      <w:r>
        <w:rPr>
          <w:b w:val="0"/>
          <w:sz w:val="20"/>
        </w:rPr>
        <w:t>Deutsche Rentenversicherung</w:t>
      </w:r>
    </w:p>
    <w:p>
      <w:r>
        <w:rPr>
          <w:b w:val="0"/>
          <w:sz w:val="20"/>
        </w:rPr>
        <w:t>_____________________________________</w:t>
      </w:r>
    </w:p>
    <w:p>
      <w:r>
        <w:rPr>
          <w:b w:val="0"/>
          <w:sz w:val="20"/>
        </w:rPr>
        <w:t>_____________________________________</w:t>
      </w:r>
    </w:p>
    <w:p/>
    <w:p>
      <w:r>
        <w:rPr>
          <w:b/>
          <w:sz w:val="20"/>
        </w:rPr>
        <w:t>Betreff: Kündigung der vollen Erwerbsminderungsrente</w:t>
      </w:r>
    </w:p>
    <w:p/>
    <w:p>
      <w:r>
        <w:rPr>
          <w:b w:val="0"/>
          <w:sz w:val="20"/>
        </w:rPr>
        <w:t>Sehr geehrte Damen und Herren,</w:t>
      </w:r>
    </w:p>
    <w:p/>
    <w:p>
      <w:r>
        <w:rPr>
          <w:b w:val="0"/>
          <w:sz w:val="20"/>
        </w:rPr>
        <w:t>hiermit kündige ich die mir gewährte volle Erwerbsminderungsrente fristgerecht und selbständig.</w:t>
      </w:r>
    </w:p>
    <w:p>
      <w:r>
        <w:rPr>
          <w:b w:val="0"/>
          <w:sz w:val="20"/>
        </w:rPr>
        <w:t>Ich bitte Sie, die Zahlungen der vollen Erwerbsminderungsrente mit sofortiger Wirkung einzustellen.</w:t>
      </w:r>
    </w:p>
    <w:p>
      <w:r>
        <w:rPr>
          <w:b w:val="0"/>
          <w:sz w:val="20"/>
        </w:rPr>
        <w:t>Bitte bestätigen Sie mir den Erhalt dieser Kündigung sowie das Datum der Einstellung der Rentenzahlungen schriftlich.</w:t>
      </w:r>
    </w:p>
    <w:p/>
    <w:p>
      <w:r>
        <w:rPr>
          <w:b w:val="0"/>
          <w:sz w:val="20"/>
        </w:rPr>
        <w:t>Hinweis: Die volle Erwerbsminderungsrente kann gemäß den geltenden gesetzlichen Bestimmungen durch den Rentenbezieher selbst beendet werden.</w:t>
      </w:r>
    </w:p>
    <w:p>
      <w:r>
        <w:rPr>
          <w:b w:val="0"/>
          <w:sz w:val="20"/>
        </w:rPr>
        <w:t>Die Kündigung erfolgt freiwillig und die damit verbundenen Folgen sind dem Antragsteller bekannt.</w:t>
      </w:r>
    </w:p>
    <w:p/>
    <w:p>
      <w:r>
        <w:rPr>
          <w:b w:val="0"/>
          <w:sz w:val="20"/>
        </w:rPr>
        <w:t>Für Rückfragen stehe ich Ihnen gerne zur Verfügung.</w:t>
      </w:r>
    </w:p>
    <w:p/>
    <w:p/>
    <w:p>
      <w:r>
        <w:rPr>
          <w:b w:val="0"/>
          <w:sz w:val="20"/>
        </w:rPr>
        <w:t>Ort : ____________________________    Datum : ____________________________</w:t>
      </w:r>
    </w:p>
    <w:p/>
    <w:p/>
    <w:p>
      <w:r>
        <w:rPr>
          <w:b w:val="0"/>
          <w:sz w:val="20"/>
        </w:rPr>
        <w:t>Unterschrift : __________________________________________</w:t>
      </w:r>
    </w:p>
    <w:p/>
    <w:p/>
    <w:p/>
    <w:tbl>
      <w:tblPr>
        <w:tblW w:type="auto" w:w="0"/>
        <w:tblLayout w:type="autofit"/>
        <w:tblLook w:firstColumn="1" w:firstRow="1" w:lastColumn="0" w:lastRow="0" w:noHBand="0" w:noVBand="1" w:val="04A0"/>
      </w:tblPr>
      <w:tblGrid>
        <w:gridCol w:w="4986"/>
        <w:gridCol w:w="4986"/>
      </w:tblGrid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Bestätigung Rentenversicherung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Bemerkungen / Rückmeldung</w:t>
            </w:r>
          </w:p>
        </w:tc>
      </w:tr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br/>
              <w:br/>
              <w:t>Unterschrift, Stempel : ___________________________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/>
          </w:p>
        </w:tc>
      </w:tr>
    </w:tbl>
    <w:p>
      <w:r>
        <w:br w:type="page"/>
      </w:r>
    </w:p>
    <w:p>
      <w:pPr>
        <w:jc w:val="center"/>
      </w:pPr>
      <w:r>
        <w:rPr>
          <w:color w:val="555555"/>
          <w:sz w:val="24"/>
        </w:rPr>
        <w:t>Originalquelle dieses Dokuments:</w:t>
      </w:r>
    </w:p>
    <w:p>
      <w:pPr>
        <w:jc w:val="center"/>
      </w:pPr>
      <w:hyperlink r:id="rId9">
        <w:r>
          <w:rPr>
            <w:color w:val="0000FF"/>
            <w:u w:val="single"/>
          </w:rPr>
          <w:t>https://vorlagenfy.com/volle-erwerbsminderungsrente-selber-kundigen-muster/</w:t>
        </w:r>
      </w:hyperlink>
    </w:p>
    <w:p>
      <w:pPr>
        <w:jc w:val="center"/>
      </w:pPr>
      <w:r>
        <w:rPr>
          <w:color w:val="555555"/>
          <w:sz w:val="26"/>
        </w:rPr>
        <w:t>War diese Vorlage für Sie hilfreich?</w:t>
      </w:r>
    </w:p>
    <w:p>
      <w:pPr>
        <w:jc w:val="center"/>
      </w:pPr>
      <w:r>
        <w:rPr>
          <w:color w:val="555555"/>
          <w:sz w:val="26"/>
        </w:rPr>
        <w:t>Weitere aktuelle Vorlagen finden Sie unter:</w:t>
      </w:r>
    </w:p>
    <w:p>
      <w:pPr>
        <w:jc w:val="center"/>
      </w:pPr>
      <w:hyperlink r:id="rId10">
        <w:r>
          <w:rPr>
            <w:color w:val="0000FF"/>
            <w:u w:val="single"/>
          </w:rPr>
          <w:t>https://vorlagenfy.com</w:t>
        </w:r>
      </w:hyperlink>
    </w:p>
    <w:p>
      <w:pPr>
        <w:jc w:val="center"/>
      </w:pPr>
      <w:r>
        <w:rPr>
          <w:color w:val="808080"/>
          <w:sz w:val="20"/>
        </w:rPr>
        <w:t>Diese Vorlage ist ausschließlich für den persönlichen, nicht kommerziellen Gebrauch bestimmt.</w:t>
        <w:br/>
        <w:t>Bei Weitergabe oder Veröffentlichung ist die Nennung der Quelle verpflichtend. © vorlagenfy.com</w:t>
      </w:r>
    </w:p>
    <w:sectPr w:rsidR="00FC693F" w:rsidRPr="0006063C" w:rsidSect="00034616">
      <w:pgSz w:w="12240" w:h="15840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yperlink" Target="https://vorlagenfy.com/volle-erwerbsminderungsrente-selber-kundigen-muster/" TargetMode="External"/><Relationship Id="rId10" Type="http://schemas.openxmlformats.org/officeDocument/2006/relationships/hyperlink" Target="https://vorlagenf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