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VERTRETUNGSPLAN</w:t>
      </w:r>
    </w:p>
    <w:p/>
    <w:p>
      <w:r>
        <w:rPr>
          <w:b/>
          <w:sz w:val="20"/>
        </w:rPr>
        <w:t>Schule : ___________________________________________________________</w:t>
      </w:r>
    </w:p>
    <w:p>
      <w:r>
        <w:rPr>
          <w:b w:val="0"/>
          <w:sz w:val="20"/>
        </w:rPr>
        <w:t>Fachbereich/Abteilung : ____________________________________________</w:t>
      </w:r>
    </w:p>
    <w:p/>
    <w:p>
      <w:r>
        <w:rPr>
          <w:b/>
          <w:sz w:val="20"/>
        </w:rPr>
        <w:t>Vertretung für Lehrkraft :</w:t>
      </w:r>
    </w:p>
    <w:p>
      <w:r>
        <w:rPr>
          <w:b w:val="0"/>
          <w:sz w:val="20"/>
        </w:rPr>
        <w:t>Name der Lehrkraft : ________________________________________________</w:t>
      </w:r>
    </w:p>
    <w:p>
      <w:r>
        <w:rPr>
          <w:b w:val="0"/>
          <w:sz w:val="20"/>
        </w:rPr>
        <w:t>Fach : _____________________________________________________________</w:t>
      </w:r>
    </w:p>
    <w:p>
      <w:r>
        <w:rPr>
          <w:b w:val="0"/>
          <w:sz w:val="20"/>
        </w:rPr>
        <w:t>Klasse/Kurs : _______________________________________________________</w:t>
      </w:r>
    </w:p>
    <w:p/>
    <w:p>
      <w:r>
        <w:rPr>
          <w:b/>
          <w:sz w:val="20"/>
        </w:rPr>
        <w:t>Zeitraum der Vertretung :</w:t>
      </w:r>
    </w:p>
    <w:p>
      <w:r>
        <w:rPr>
          <w:b w:val="0"/>
          <w:sz w:val="20"/>
        </w:rPr>
        <w:t>Von : ___________________  Bis : ___________________</w:t>
      </w:r>
    </w:p>
    <w:p/>
    <w:p>
      <w:r>
        <w:rPr>
          <w:b/>
          <w:sz w:val="20"/>
        </w:rPr>
        <w:t>Vertretende Lehrkraft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Fach : _______________________________________________________________</w:t>
      </w:r>
    </w:p>
    <w:p>
      <w:r>
        <w:rPr>
          <w:b w:val="0"/>
          <w:sz w:val="20"/>
        </w:rPr>
        <w:t>Telefonnummer erreichbar : ___________________________________________</w:t>
      </w:r>
    </w:p>
    <w:p/>
    <w:p>
      <w:r>
        <w:rPr>
          <w:b/>
          <w:sz w:val="20"/>
        </w:rPr>
        <w:t>Unterrichtsinhalte / Aufgaben für die Vertretung :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/>
    <w:p>
      <w:r>
        <w:rPr>
          <w:b/>
          <w:sz w:val="20"/>
        </w:rPr>
        <w:t>Besondere Hinweise :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https://vorlagenfy.com/vertretungsplan-vorlage/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ertretungspla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