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VERSCHIEBUNGS-/VERSETZUNGSSCHREIBEN</w:t>
      </w:r>
    </w:p>
    <w:p/>
    <w:p>
      <w:r>
        <w:rPr>
          <w:b w:val="0"/>
          <w:sz w:val="20"/>
        </w:rPr>
        <w:t>Personalnummer : ____________________________________________</w:t>
      </w:r>
    </w:p>
    <w:p>
      <w:r>
        <w:rPr>
          <w:b w:val="0"/>
          <w:sz w:val="20"/>
        </w:rPr>
        <w:t>Name, Vorname : _______________________________________________</w:t>
      </w:r>
    </w:p>
    <w:p>
      <w:r>
        <w:rPr>
          <w:b w:val="0"/>
          <w:sz w:val="20"/>
        </w:rPr>
        <w:t>Abteilung derzeitig : __________________________________________</w:t>
      </w:r>
    </w:p>
    <w:p>
      <w:r>
        <w:rPr>
          <w:b w:val="0"/>
          <w:sz w:val="20"/>
        </w:rPr>
        <w:t>Neue Abteilung : 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Versetzung innerhalb des Unternehmens</w:t>
      </w:r>
    </w:p>
    <w:p/>
    <w:p/>
    <w:p>
      <w:r>
        <w:rPr>
          <w:b w:val="0"/>
          <w:sz w:val="20"/>
        </w:rPr>
        <w:t>Sehr geehrte/r Herr/Frau ______________________,</w:t>
      </w:r>
    </w:p>
    <w:p/>
    <w:p>
      <w:r>
        <w:rPr>
          <w:b w:val="0"/>
          <w:sz w:val="20"/>
        </w:rPr>
        <w:t>hiermit teilen wir Ihnen mit, dass Sie mit Wirkung zum ___________________ in die Abteilung ____________________ versetzt werden.</w:t>
      </w:r>
    </w:p>
    <w:p>
      <w:r>
        <w:rPr>
          <w:b w:val="0"/>
          <w:sz w:val="20"/>
        </w:rPr>
        <w:t>Die Versetzung erfolgt aus betriebsbedingten/organisatorischen Gründen und entspricht den Bestimmungen des Arbeitsvertrages sowie des Betriebsverfassungsgesetzes.</w:t>
      </w:r>
    </w:p>
    <w:p>
      <w:r>
        <w:rPr>
          <w:b w:val="0"/>
          <w:sz w:val="20"/>
        </w:rPr>
        <w:t>Ihre bisherigen Tätigkeiten in der Abteilung ___________________ enden mit dem oben genannten Datum.</w:t>
      </w:r>
    </w:p>
    <w:p>
      <w:r>
        <w:rPr>
          <w:b w:val="0"/>
          <w:sz w:val="20"/>
        </w:rPr>
        <w:t xml:space="preserve">In der neuen Abteilung werden Sie folgende Aufgaben übernehmen: 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 w:val="0"/>
          <w:sz w:val="20"/>
        </w:rPr>
        <w:t>Alle sonstigen Arbeitsbedingungen bleiben unverändert, sofern nicht ausdrücklich andere Vereinbarungen getroffen werden.</w:t>
      </w:r>
    </w:p>
    <w:p/>
    <w:p>
      <w:r>
        <w:rPr>
          <w:b w:val="0"/>
          <w:sz w:val="20"/>
        </w:rPr>
        <w:t>Bitte bestätigen Sie den Erhalt dieses Schreibens und Ihre Kenntnisnahme durch Ihre Unterschrift.</w:t>
      </w:r>
    </w:p>
    <w:p/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https://vorlagenfy.com/versetzungsschreiben/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ersetzungsschreib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