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VERMERK SCHREIBEN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Telefon : ______________________________________________________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Telefon : 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möchten wir Ihnen folgenden Vermerk übermitteln:</w:t>
      </w:r>
    </w:p>
    <w:p/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 w:val="0"/>
          <w:sz w:val="20"/>
        </w:rPr>
        <w:t>Bitte bestätigen Sie den Erhalt dieses Schreibens schriftlich.</w:t>
      </w:r>
    </w:p>
    <w:p/>
    <w:p>
      <w:r>
        <w:rPr>
          <w:b w:val="0"/>
          <w:sz w:val="20"/>
        </w:rPr>
        <w:t>Für Rückfragen stehen wir Ihnen jederzeit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Name / Funktion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https://vorlagenfy.com/vermerk-schreiben/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ermerk-schreiben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