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SPENDENBITTE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wir wenden uns heute mit der Bitte um Ihre Unterstützung an Sie.</w:t>
      </w:r>
    </w:p>
    <w:p>
      <w:r>
        <w:rPr>
          <w:b w:val="0"/>
          <w:sz w:val="20"/>
        </w:rPr>
        <w:t>Mit Ihrer Spende können wir wichtige Projekte realisieren und Menschen in Not helfen.</w:t>
      </w:r>
    </w:p>
    <w:p/>
    <w:p>
      <w:r>
        <w:rPr>
          <w:b/>
          <w:sz w:val="20"/>
        </w:rPr>
        <w:t>Angaben zur Organisation:</w:t>
      </w:r>
    </w:p>
    <w:p>
      <w:r>
        <w:rPr>
          <w:b w:val="0"/>
          <w:sz w:val="20"/>
        </w:rPr>
        <w:t>Name : _________________________________________________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>
      <w:r>
        <w:rPr>
          <w:b w:val="0"/>
          <w:sz w:val="20"/>
        </w:rPr>
        <w:t>E-Mail : _________________________________________________</w:t>
      </w:r>
    </w:p>
    <w:p/>
    <w:p>
      <w:r>
        <w:rPr>
          <w:b/>
          <w:sz w:val="20"/>
        </w:rPr>
        <w:t>Zweck der Spende: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/>
          <w:sz w:val="20"/>
        </w:rPr>
        <w:t>Bankverbindung für Ihre Spende:</w:t>
      </w:r>
    </w:p>
    <w:p>
      <w:r>
        <w:rPr>
          <w:b w:val="0"/>
          <w:sz w:val="20"/>
        </w:rPr>
        <w:t>Kontoinhaber : ________________________________________________</w:t>
      </w:r>
    </w:p>
    <w:p>
      <w:r>
        <w:rPr>
          <w:b w:val="0"/>
          <w:sz w:val="20"/>
        </w:rPr>
        <w:t>Bank : _______________________________________________________</w:t>
      </w:r>
    </w:p>
    <w:p>
      <w:r>
        <w:rPr>
          <w:b w:val="0"/>
          <w:sz w:val="20"/>
        </w:rPr>
        <w:t>IBAN : ______________________________________________________</w:t>
      </w:r>
    </w:p>
    <w:p>
      <w:r>
        <w:rPr>
          <w:b w:val="0"/>
          <w:sz w:val="20"/>
        </w:rPr>
        <w:t>BIC : ______________________________________________________</w:t>
      </w:r>
    </w:p>
    <w:p/>
    <w:p>
      <w:r>
        <w:rPr>
          <w:b/>
          <w:sz w:val="20"/>
        </w:rPr>
        <w:t>Verwendungszweck (bitte angeben) :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/>
          <w:sz w:val="20"/>
        </w:rPr>
        <w:t>Hinweise zur steuerlichen Absetzbarkeit:</w:t>
      </w:r>
    </w:p>
    <w:p>
      <w:r>
        <w:rPr>
          <w:b w:val="0"/>
          <w:sz w:val="20"/>
        </w:rPr>
        <w:t>Ihre Spende ist steuerlich absetzbar. Nach Eingang Ihrer Spende erhalten Sie eine Zuwendungsbestätigung.</w:t>
      </w:r>
    </w:p>
    <w:p>
      <w:r>
        <w:rPr>
          <w:b w:val="0"/>
          <w:sz w:val="20"/>
        </w:rPr>
        <w:t>Bitte verwenden Sie Ihre vollständigen Namen und Anschrift für die Ausstellung der Spendenquittung.</w:t>
      </w:r>
    </w:p>
    <w:p/>
    <w:p>
      <w:r>
        <w:rPr>
          <w:b/>
          <w:sz w:val="20"/>
        </w:rPr>
        <w:t>Datenschutzhinweis:</w:t>
      </w:r>
    </w:p>
    <w:p>
      <w:r>
        <w:rPr>
          <w:b w:val="0"/>
          <w:sz w:val="20"/>
        </w:rPr>
        <w:t>Die von Ihnen übermittelten Daten werden ausschließlich zur Abwicklung der Spende verwendet und nicht an Dritte weitergegeben.</w:t>
      </w:r>
    </w:p>
    <w:p/>
    <w:p/>
    <w:p>
      <w:r>
        <w:rPr>
          <w:b w:val="0"/>
          <w:sz w:val="20"/>
        </w:rPr>
        <w:t>Wir danken Ihnen herzlich für Ihre Unterstützung und Ihr Vertrauen.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des Verantwortlichen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https://vorlagenfy.com/um-spenden-bitten-formulierung/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um-spenden-bitten-formulierung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