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ÜBERGABEPROTOKOLL GEWERBLICHE MIETRÄUME</w:t>
      </w:r>
    </w:p>
    <w:p/>
    <w:p>
      <w:r>
        <w:rPr>
          <w:b/>
          <w:sz w:val="20"/>
        </w:rPr>
        <w:t>Mieter :</w:t>
      </w:r>
    </w:p>
    <w:p>
      <w:r>
        <w:rPr>
          <w:b w:val="0"/>
          <w:sz w:val="20"/>
        </w:rPr>
        <w:t>Name/Firma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</w:t>
      </w:r>
    </w:p>
    <w:p/>
    <w:p>
      <w:r>
        <w:rPr>
          <w:b/>
          <w:sz w:val="20"/>
        </w:rPr>
        <w:t>Vermieter :</w:t>
      </w:r>
    </w:p>
    <w:p>
      <w:r>
        <w:rPr>
          <w:b w:val="0"/>
          <w:sz w:val="20"/>
        </w:rPr>
        <w:t>Name/Firma : 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______________________________________________________</w:t>
      </w:r>
    </w:p>
    <w:p/>
    <w:p>
      <w:r>
        <w:rPr>
          <w:b/>
          <w:sz w:val="20"/>
        </w:rPr>
        <w:t>Objektadresse :</w:t>
      </w:r>
    </w:p>
    <w:p>
      <w:r>
        <w:rPr>
          <w:b w:val="0"/>
          <w:sz w:val="20"/>
        </w:rPr>
        <w:t>Straße, Hausnummer : _________________________________________________</w:t>
      </w:r>
    </w:p>
    <w:p>
      <w:r>
        <w:rPr>
          <w:b w:val="0"/>
          <w:sz w:val="20"/>
        </w:rPr>
        <w:t>PLZ, Ort : _____________________________________________________________</w:t>
      </w:r>
    </w:p>
    <w:p>
      <w:r>
        <w:rPr>
          <w:b w:val="0"/>
          <w:sz w:val="20"/>
        </w:rPr>
        <w:t>Art der Räume : ________________________________________________________</w:t>
      </w:r>
    </w:p>
    <w:p/>
    <w:p>
      <w:r>
        <w:rPr>
          <w:b/>
          <w:sz w:val="20"/>
        </w:rPr>
        <w:t>Übergabezustand der Mieträume :</w:t>
      </w:r>
    </w:p>
    <w:p>
      <w:r>
        <w:rPr>
          <w:b w:val="0"/>
          <w:sz w:val="20"/>
        </w:rPr>
        <w:t>1. Allgemeinzustand : __________________________________________________</w:t>
      </w:r>
    </w:p>
    <w:p>
      <w:r>
        <w:rPr>
          <w:b w:val="0"/>
          <w:sz w:val="20"/>
        </w:rPr>
        <w:t>2. Sauberkeit : ________________________________________________________</w:t>
      </w:r>
    </w:p>
    <w:p>
      <w:r>
        <w:rPr>
          <w:b w:val="0"/>
          <w:sz w:val="20"/>
        </w:rPr>
        <w:t>3. Schäden und Mängel (bitte genau beschreiben) :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</w:t>
      </w:r>
    </w:p>
    <w:p/>
    <w:p>
      <w:r>
        <w:rPr>
          <w:b/>
          <w:sz w:val="20"/>
        </w:rPr>
        <w:t>Übergabeinventar (sofern vereinbart) :</w:t>
      </w:r>
    </w:p>
    <w:p>
      <w:r>
        <w:rPr>
          <w:b w:val="0"/>
          <w:sz w:val="20"/>
        </w:rPr>
        <w:t>1. 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</w:t>
      </w:r>
    </w:p>
    <w:p>
      <w:r>
        <w:rPr>
          <w:b w:val="0"/>
          <w:sz w:val="20"/>
        </w:rPr>
        <w:t>4. _________________________________________________________________</w:t>
      </w:r>
    </w:p>
    <w:p/>
    <w:p>
      <w:r>
        <w:rPr>
          <w:b/>
          <w:sz w:val="20"/>
        </w:rPr>
        <w:t>Zählerstände bei Übergabe :</w:t>
      </w:r>
    </w:p>
    <w:p>
      <w:r>
        <w:rPr>
          <w:b w:val="0"/>
          <w:sz w:val="20"/>
        </w:rPr>
        <w:t>Strom : ________________________________________________________________</w:t>
      </w:r>
    </w:p>
    <w:p>
      <w:r>
        <w:rPr>
          <w:b w:val="0"/>
          <w:sz w:val="20"/>
        </w:rPr>
        <w:t>Wasser : ______________________________________________________________</w:t>
      </w:r>
    </w:p>
    <w:p>
      <w:r>
        <w:rPr>
          <w:b w:val="0"/>
          <w:sz w:val="20"/>
        </w:rPr>
        <w:t>Heizung : _____________________________________________________________</w:t>
      </w:r>
    </w:p>
    <w:p/>
    <w:p>
      <w:r>
        <w:rPr>
          <w:b/>
          <w:sz w:val="20"/>
        </w:rPr>
        <w:t>Besondere Vereinbarungen 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</w:t>
      </w:r>
    </w:p>
    <w:p/>
    <w:p/>
    <w:p>
      <w:r>
        <w:rPr>
          <w:b w:val="0"/>
          <w:sz w:val="20"/>
        </w:rPr>
        <w:t>Die Mieträume werden im beschriebenen Zustand übergeben. Der Mieter bestätigt die ordnungsgemäße Übernahme.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https://vorlagenfy.com/ubergabeprotokoll-gewerbe-vorlage/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ubergabeprotokoll-gewerbe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