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TRAGWERKSPLANERERKLÄRUNG</w:t>
      </w:r>
    </w:p>
    <w:p/>
    <w:p>
      <w:r>
        <w:rPr>
          <w:b/>
          <w:sz w:val="20"/>
        </w:rPr>
        <w:t>Angaben zum Auftraggeber:</w:t>
      </w:r>
    </w:p>
    <w:p>
      <w:r>
        <w:rPr>
          <w:b w:val="0"/>
          <w:sz w:val="20"/>
        </w:rPr>
        <w:t>Name / Firma : _________________________________________________</w:t>
      </w:r>
    </w:p>
    <w:p>
      <w:r>
        <w:rPr>
          <w:b w:val="0"/>
          <w:sz w:val="20"/>
        </w:rPr>
        <w:t>Anschrift : _____________________________________________________</w:t>
      </w:r>
    </w:p>
    <w:p>
      <w:r>
        <w:rPr>
          <w:b w:val="0"/>
          <w:sz w:val="20"/>
        </w:rPr>
        <w:t>Projektbezeichnung : ____________________________________________</w:t>
      </w:r>
    </w:p>
    <w:p>
      <w:r>
        <w:rPr>
          <w:b w:val="0"/>
          <w:sz w:val="20"/>
        </w:rPr>
        <w:t>Projektadresse : ________________________________________________</w:t>
      </w:r>
    </w:p>
    <w:p/>
    <w:p>
      <w:r>
        <w:rPr>
          <w:b/>
          <w:sz w:val="20"/>
        </w:rPr>
        <w:t>Angaben zum Tragwerksplaner:</w:t>
      </w:r>
    </w:p>
    <w:p>
      <w:r>
        <w:rPr>
          <w:b w:val="0"/>
          <w:sz w:val="20"/>
        </w:rPr>
        <w:t>Name / Firma : _________________________________________________</w:t>
      </w:r>
    </w:p>
    <w:p>
      <w:r>
        <w:rPr>
          <w:b w:val="0"/>
          <w:sz w:val="20"/>
        </w:rPr>
        <w:t>Anschrift : _____________________________________________________</w:t>
      </w:r>
    </w:p>
    <w:p>
      <w:r>
        <w:rPr>
          <w:b w:val="0"/>
          <w:sz w:val="20"/>
        </w:rPr>
        <w:t>Mitgliedschaft in der Ingenieurkammer : _________________________</w:t>
      </w:r>
    </w:p>
    <w:p>
      <w:r>
        <w:rPr>
          <w:b w:val="0"/>
          <w:sz w:val="20"/>
        </w:rPr>
        <w:t>Berufszulassung / Nachweis : ____________________________________</w:t>
      </w:r>
    </w:p>
    <w:p/>
    <w:p>
      <w:r>
        <w:rPr>
          <w:b/>
          <w:sz w:val="20"/>
        </w:rPr>
        <w:t>Gegenstand der Tragwerksplanererklärung:</w:t>
      </w:r>
    </w:p>
    <w:p>
      <w:r>
        <w:rPr>
          <w:b w:val="0"/>
          <w:sz w:val="20"/>
        </w:rPr>
        <w:t>Der Tragwerksplaner bestätigt hiermit, dass die statischen Berechnungen, Nachweise und zeichnerischen Darstellungen gemäß den in Deutschland geltenden Normen und Vorschriften (insbesondere DIN EN 1990 ff., DIN 1055, DIN 4102 sowie die einschlägigen technischen Baubestimmungen) erstellt wurden.</w:t>
      </w:r>
    </w:p>
    <w:p/>
    <w:p>
      <w:r>
        <w:rPr>
          <w:b/>
          <w:sz w:val="20"/>
        </w:rPr>
        <w:t>Leistungsumfang:</w:t>
      </w:r>
    </w:p>
    <w:p>
      <w:r>
        <w:rPr>
          <w:b w:val="0"/>
          <w:sz w:val="20"/>
        </w:rPr>
        <w:t>- Erstellung der statischen Berechnung</w:t>
      </w:r>
    </w:p>
    <w:p>
      <w:r>
        <w:rPr>
          <w:b w:val="0"/>
          <w:sz w:val="20"/>
        </w:rPr>
        <w:t>- Nachweis der Standsicherheit und Gebrauchstauglichkeit</w:t>
      </w:r>
    </w:p>
    <w:p>
      <w:r>
        <w:rPr>
          <w:b w:val="0"/>
          <w:sz w:val="20"/>
        </w:rPr>
        <w:t>- Berücksichtigung aller maßgeblichen Lasten und Einwirkungen</w:t>
      </w:r>
    </w:p>
    <w:p>
      <w:r>
        <w:rPr>
          <w:b w:val="0"/>
          <w:sz w:val="20"/>
        </w:rPr>
        <w:t>- Überwachung der Ausführung im Bauablauf</w:t>
      </w:r>
    </w:p>
    <w:p/>
    <w:p>
      <w:r>
        <w:rPr>
          <w:b/>
          <w:sz w:val="20"/>
        </w:rPr>
        <w:t>Haftungsausschluss:</w:t>
      </w:r>
    </w:p>
    <w:p>
      <w:r>
        <w:rPr>
          <w:b w:val="0"/>
          <w:sz w:val="20"/>
        </w:rPr>
        <w:t>Diese Erklärung erfolgt auf Grundlage der bereitgestellten Unterlagen und der am Tag der Erstellung gültigen Vorschriften. Änderungen im Bauablauf oder Planungsänderungen sind dem Tragwerksplaner unverzüglich mitzuteilen. Für Schäden, die aus Nichtbeachtung dieser Erklärung oder aus nachträglichen Änderungen entstehen, übernimmt der Tragwerksplaner keine Haftung.</w:t>
      </w:r>
    </w:p>
    <w:p/>
    <w:p>
      <w:r>
        <w:rPr>
          <w:b/>
          <w:sz w:val="20"/>
        </w:rPr>
        <w:t>Mitwirkungspflichten des Auftraggebers:</w:t>
      </w:r>
    </w:p>
    <w:p>
      <w:r>
        <w:rPr>
          <w:b w:val="0"/>
          <w:sz w:val="20"/>
        </w:rPr>
        <w:t>Der Auftraggeber verpflichtet sich, dem Tragwerksplaner alle für die statische Berechnung relevanten Unterlagen vollständig und rechtzeitig bereitzustellen sowie Änderungen unverzüglich mitzuteilen.</w:t>
      </w:r>
    </w:p>
    <w:p/>
    <w:p>
      <w:r>
        <w:rPr>
          <w:b/>
          <w:sz w:val="20"/>
        </w:rPr>
        <w:t>Schlussbestimmungen:</w:t>
      </w:r>
    </w:p>
    <w:p>
      <w:r>
        <w:rPr>
          <w:b w:val="0"/>
          <w:sz w:val="20"/>
        </w:rPr>
        <w:t>Diese Tragwerksplanererklärung ist Bestandteil der Vertragsunterlagen und gilt im Rahmen des vereinbarten Leistungsumfangs. Gerichtsstand ist der Sitz des Tragwerksplaners. Sollten einzelne Bestimmungen dieser Erklärung unwirksam sein, bleibt die Wirksamkeit der übrigen Bestimmungen unberührt.</w:t>
      </w:r>
    </w:p>
    <w:p/>
    <w:p/>
    <w:p>
      <w:r>
        <w:rPr>
          <w:b w:val="0"/>
          <w:sz w:val="20"/>
        </w:rPr>
        <w:t>Ort : _____________________________________________________________</w:t>
      </w:r>
    </w:p>
    <w:p>
      <w:r>
        <w:rPr>
          <w:b w:val="0"/>
          <w:sz w:val="20"/>
        </w:rPr>
        <w:t>Datum :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AUFTRAGGEBER</w:t>
            </w:r>
          </w:p>
        </w:tc>
        <w:tc>
          <w:tcPr>
            <w:tcW w:type="dxa" w:w="4986"/>
            <w:tcBorders>
              <w:top w:val="nil"/>
              <w:left w:val="nil"/>
              <w:bottom w:val="nil"/>
              <w:right w:val="nil"/>
              <w:insideH w:val="nil"/>
              <w:insideV w:val="nil"/>
            </w:tcBorders>
          </w:tcPr>
          <w:p>
            <w:pPr>
              <w:jc w:val="center"/>
            </w:pPr>
            <w:r>
              <w:t>TRAGWERKSPLANER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https://vorlagenfy.com/tragwerksplanererklarung/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tragwerksplanererklarung/"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