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MITTEILUNG ÜBER DEN TOD FÜR DAS FINANZAMT</w:t>
      </w:r>
    </w:p>
    <w:p/>
    <w:p>
      <w:r>
        <w:rPr>
          <w:b/>
          <w:sz w:val="20"/>
        </w:rPr>
        <w:t>Angaben zur verstorbenen Person :</w:t>
      </w:r>
    </w:p>
    <w:p>
      <w:r>
        <w:rPr>
          <w:b w:val="0"/>
          <w:sz w:val="20"/>
        </w:rPr>
        <w:t>Vor- und Nachname : ___________________________________________________</w:t>
      </w:r>
    </w:p>
    <w:p>
      <w:r>
        <w:rPr>
          <w:b w:val="0"/>
          <w:sz w:val="20"/>
        </w:rPr>
        <w:t>Geburtsname : _________________________________________________________</w:t>
      </w:r>
    </w:p>
    <w:p>
      <w:r>
        <w:rPr>
          <w:b w:val="0"/>
          <w:sz w:val="20"/>
        </w:rPr>
        <w:t>Geburtsdatum : ________________________________________________________</w:t>
      </w:r>
    </w:p>
    <w:p>
      <w:r>
        <w:rPr>
          <w:b w:val="0"/>
          <w:sz w:val="20"/>
        </w:rPr>
        <w:t>Letzte Anschrift : _____________________________________________________</w:t>
      </w:r>
    </w:p>
    <w:p>
      <w:r>
        <w:rPr>
          <w:b w:val="0"/>
          <w:sz w:val="20"/>
        </w:rPr>
        <w:t>Steuernummer (falls bekannt) : _________________________________________</w:t>
      </w:r>
    </w:p>
    <w:p/>
    <w:p>
      <w:r>
        <w:rPr>
          <w:b/>
          <w:sz w:val="20"/>
        </w:rPr>
        <w:t>Angaben zur meldepflichtigen Person (Meldender) :</w:t>
      </w:r>
    </w:p>
    <w:p>
      <w:r>
        <w:rPr>
          <w:b w:val="0"/>
          <w:sz w:val="20"/>
        </w:rPr>
        <w:t>Vor- und Nachname : ___________________________________________________</w:t>
      </w:r>
    </w:p>
    <w:p>
      <w:r>
        <w:rPr>
          <w:b w:val="0"/>
          <w:sz w:val="20"/>
        </w:rPr>
        <w:t>Anschrift : ___________________________________________________________</w:t>
      </w:r>
    </w:p>
    <w:p>
      <w:r>
        <w:rPr>
          <w:b w:val="0"/>
          <w:sz w:val="20"/>
        </w:rPr>
        <w:t>Telefonnummer : _______________________________________________________</w:t>
      </w:r>
    </w:p>
    <w:p/>
    <w:p>
      <w:r>
        <w:rPr>
          <w:b/>
          <w:sz w:val="20"/>
        </w:rPr>
        <w:t>Angaben zum Todesfall :</w:t>
      </w:r>
    </w:p>
    <w:p>
      <w:r>
        <w:rPr>
          <w:b w:val="0"/>
          <w:sz w:val="20"/>
        </w:rPr>
        <w:t>Sterbeort : ___________________________________________________________</w:t>
      </w:r>
    </w:p>
    <w:p>
      <w:r>
        <w:rPr>
          <w:b w:val="0"/>
          <w:sz w:val="20"/>
        </w:rPr>
        <w:t>Sterbeurkunde ausgestellt von : _______________________________________</w:t>
      </w:r>
    </w:p>
    <w:p>
      <w:r>
        <w:rPr>
          <w:b w:val="0"/>
          <w:sz w:val="20"/>
        </w:rPr>
        <w:t>Sterbeurkunden-Nummer : _______________________________________________</w:t>
      </w:r>
    </w:p>
    <w:p>
      <w:r>
        <w:rPr>
          <w:b w:val="0"/>
          <w:sz w:val="20"/>
        </w:rPr>
        <w:t>Bestattungsart : ______________________________________________________</w:t>
      </w:r>
    </w:p>
    <w:p>
      <w:r>
        <w:rPr>
          <w:b w:val="0"/>
          <w:sz w:val="20"/>
        </w:rPr>
        <w:t>Ort der Bestattung : _________________________________________________</w:t>
      </w:r>
    </w:p>
    <w:p/>
    <w:p>
      <w:r>
        <w:rPr>
          <w:b/>
          <w:sz w:val="20"/>
        </w:rPr>
        <w:t>Mitteilung und Erklärung :</w:t>
      </w:r>
    </w:p>
    <w:p>
      <w:r>
        <w:rPr>
          <w:b w:val="0"/>
          <w:sz w:val="20"/>
        </w:rPr>
        <w:t>Hiermit bestätige ich, dass ich das Finanzamt unverzüglich über den Tod der oben genannten Person informiere und alle relevanten steuerlichen Angelegenheiten ordnungsgemäß bearbeitet werden.</w:t>
      </w:r>
    </w:p>
    <w:p/>
    <w:p>
      <w:r>
        <w:rPr>
          <w:b w:val="0"/>
          <w:sz w:val="20"/>
        </w:rPr>
        <w:t>Bitte berücksichtigen Sie, dass nach dem Tod des Steuerpflichtigen eine steuerliche Veranlagung bzw. Nachlassregelung erforderlich ist. Für Rückfragen stehe ich gerne zur Verfügung.</w:t>
      </w:r>
    </w:p>
    <w:p/>
    <w:p>
      <w:r>
        <w:rPr>
          <w:b/>
          <w:sz w:val="20"/>
        </w:rPr>
        <w:t>Rechtsgrundlagen :</w:t>
      </w:r>
    </w:p>
    <w:p>
      <w:r>
        <w:rPr>
          <w:b w:val="0"/>
          <w:sz w:val="20"/>
        </w:rPr>
        <w:t>Diese Mitteilung erfolgt auf Grundlage der §§ 28, 29 der Abgabenordnung (AO) sowie der einschlägigen Vorschriften des Erbschaftsteuer- und Einkommensteuerrechts.</w:t>
      </w:r>
    </w:p>
    <w:p/>
    <w:p/>
    <w:p>
      <w:r>
        <w:rPr>
          <w:b w:val="0"/>
          <w:sz w:val="20"/>
        </w:rPr>
        <w:t>Ort : ________________________________________________________________</w:t>
      </w:r>
    </w:p>
    <w:p>
      <w:r>
        <w:rPr>
          <w:b w:val="0"/>
          <w:sz w:val="20"/>
        </w:rPr>
        <w:t>Unterschrift des Meldenden : 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Meldender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Finanzamt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Stempel / Unterschrift : 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https://vorlagenfy.com/todesfall-finanzamt-melden-vorlage/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https://vorlagenfy.com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vorlagenfy.com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vorlagenfy.com/todesfall-finanzamt-melden-vorlage/" TargetMode="External"/><Relationship Id="rId10" Type="http://schemas.openxmlformats.org/officeDocument/2006/relationships/hyperlink" Target="https://vorlagenf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