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 O N D E R K Ü N D I G U N G</w:t>
      </w:r>
    </w:p>
    <w:p>
      <w:pPr>
        <w:jc w:val="center"/>
      </w:pPr>
      <w:r>
        <w:rPr>
          <w:b/>
          <w:sz w:val="20"/>
        </w:rPr>
        <w:t>Telekommunikationsvertrag</w:t>
      </w:r>
    </w:p>
    <w:p/>
    <w:p/>
    <w:p>
      <w:r>
        <w:rPr>
          <w:b/>
          <w:sz w:val="20"/>
        </w:rPr>
        <w:t>An:</w:t>
      </w:r>
    </w:p>
    <w:p>
      <w:r>
        <w:rPr>
          <w:b w:val="0"/>
          <w:sz w:val="20"/>
        </w:rPr>
        <w:t>Telekom Deutschland GmbH</w:t>
      </w:r>
    </w:p>
    <w:p>
      <w:r>
        <w:rPr>
          <w:b w:val="0"/>
          <w:sz w:val="20"/>
        </w:rPr>
        <w:t>Kundenservice Sonderkündigung</w:t>
      </w:r>
    </w:p>
    <w:p>
      <w:r>
        <w:rPr>
          <w:b w:val="0"/>
          <w:sz w:val="20"/>
        </w:rPr>
        <w:t>Landgrabenweg 151</w:t>
      </w:r>
    </w:p>
    <w:p>
      <w:r>
        <w:rPr>
          <w:b w:val="0"/>
          <w:sz w:val="20"/>
        </w:rPr>
        <w:t>53227 Bonn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Nachname: _____________________________________________</w:t>
      </w:r>
    </w:p>
    <w:p>
      <w:r>
        <w:rPr>
          <w:b w:val="0"/>
          <w:sz w:val="20"/>
        </w:rPr>
        <w:t>Straße, Hausnummer: ______________________________________________</w:t>
      </w:r>
    </w:p>
    <w:p>
      <w:r>
        <w:rPr>
          <w:b w:val="0"/>
          <w:sz w:val="20"/>
        </w:rPr>
        <w:t>PLZ, Ort: _______________________________________________________</w:t>
      </w:r>
    </w:p>
    <w:p>
      <w:r>
        <w:rPr>
          <w:b w:val="0"/>
          <w:sz w:val="20"/>
        </w:rPr>
        <w:t>Kundennummer: _________________________________________________</w:t>
      </w:r>
    </w:p>
    <w:p>
      <w:r>
        <w:rPr>
          <w:b w:val="0"/>
          <w:sz w:val="20"/>
        </w:rPr>
        <w:t>Vertragsnummer: 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Sonderkündigung meines Telekommunikationsvertrags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oben genannten Telekommunikationsvertrag außerordentlich und mit sofortiger Wirkung.</w:t>
      </w:r>
    </w:p>
    <w:p>
      <w:r>
        <w:rPr>
          <w:b/>
          <w:sz w:val="20"/>
        </w:rPr>
        <w:t>Grund für die Sonderkündigung ist:</w:t>
      </w:r>
    </w:p>
    <w:p>
      <w:r>
        <w:rPr>
          <w:b w:val="0"/>
          <w:sz w:val="20"/>
        </w:rPr>
        <w:t>- Umzug an eine Adresse, an der Ihr Service nicht verfügbar ist.</w:t>
      </w:r>
    </w:p>
    <w:p>
      <w:r>
        <w:rPr>
          <w:b w:val="0"/>
          <w:sz w:val="20"/>
        </w:rPr>
        <w:t>- Preiserhöhung oder Änderung der Vertragsbedingungen ohne meine Zustimmung.</w:t>
      </w:r>
    </w:p>
    <w:p>
      <w:r>
        <w:rPr>
          <w:b w:val="0"/>
          <w:sz w:val="20"/>
        </w:rPr>
        <w:t>- Sonstiger wichtiger Grund (z.B. erhebliche Leistungsmängel): ________________________________</w:t>
      </w:r>
    </w:p>
    <w:p/>
    <w:p>
      <w:r>
        <w:rPr>
          <w:b w:val="0"/>
          <w:sz w:val="20"/>
        </w:rPr>
        <w:t>Bitte bestätigen Sie mir den Eingang und die Wirksamkeit dieser Kündigung schriftlich.</w:t>
      </w:r>
    </w:p>
    <w:p>
      <w:r>
        <w:rPr>
          <w:b w:val="0"/>
          <w:sz w:val="20"/>
        </w:rPr>
        <w:t>Des Weiteren bitte ich Sie, mir eine Kündigungsbestätigung mit dem Datum der Vertragsbeendigung zukommen zu lassen.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Unterschrift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Datum: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https://vorlagenfy.com/telekom-sonderkundigung-vorlage/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telekom-sonderkundigun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