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KÜNDIGUNG DER ABRECHNUNGSDIENSTLEISTUNG TEFCHEM</w:t>
      </w:r>
    </w:p>
    <w:p/>
    <w:p>
      <w:r>
        <w:rPr>
          <w:b/>
          <w:sz w:val="20"/>
        </w:rPr>
        <w:t>An:</w:t>
      </w:r>
    </w:p>
    <w:p>
      <w:r>
        <w:rPr>
          <w:b w:val="0"/>
          <w:sz w:val="20"/>
        </w:rPr>
        <w:t>Techem Energy Services GmbH</w:t>
      </w:r>
    </w:p>
    <w:p>
      <w:r>
        <w:rPr>
          <w:b w:val="0"/>
          <w:sz w:val="20"/>
        </w:rPr>
        <w:t>Abrechnung und Vertragsmanagement</w:t>
      </w:r>
    </w:p>
    <w:p>
      <w:r>
        <w:rPr>
          <w:b w:val="0"/>
          <w:sz w:val="20"/>
        </w:rPr>
        <w:t>Adresse: _________________________________________________</w:t>
      </w:r>
    </w:p>
    <w:p/>
    <w:p>
      <w:r>
        <w:rPr>
          <w:b/>
          <w:sz w:val="20"/>
        </w:rPr>
        <w:t>Von:</w:t>
      </w:r>
    </w:p>
    <w:p>
      <w:r>
        <w:rPr>
          <w:b w:val="0"/>
          <w:sz w:val="20"/>
        </w:rPr>
        <w:t>Name: ____________________________________________________</w:t>
      </w:r>
    </w:p>
    <w:p>
      <w:r>
        <w:rPr>
          <w:b w:val="0"/>
          <w:sz w:val="20"/>
        </w:rPr>
        <w:t>Straße, Hausnummer: _______________________________________</w:t>
      </w:r>
    </w:p>
    <w:p>
      <w:r>
        <w:rPr>
          <w:b w:val="0"/>
          <w:sz w:val="20"/>
        </w:rPr>
        <w:t>PLZ, Ort: _________________________________________________</w:t>
      </w:r>
    </w:p>
    <w:p>
      <w:r>
        <w:rPr>
          <w:b w:val="0"/>
          <w:sz w:val="20"/>
        </w:rPr>
        <w:t>Verbrauchsstellennummer (falls bekannt): ___________________</w:t>
      </w:r>
    </w:p>
    <w:p/>
    <w:p>
      <w:r>
        <w:rPr>
          <w:b/>
          <w:sz w:val="20"/>
        </w:rPr>
        <w:t>Betreff:</w:t>
      </w:r>
    </w:p>
    <w:p>
      <w:r>
        <w:rPr>
          <w:b w:val="0"/>
          <w:sz w:val="20"/>
        </w:rPr>
        <w:t>Kündigung des Dienstleistungsvertrages zur Heizkostenabrechnung</w:t>
      </w:r>
    </w:p>
    <w:p/>
    <w:p>
      <w:r>
        <w:rPr>
          <w:b/>
          <w:sz w:val="20"/>
        </w:rPr>
        <w:t>Sehr geehrte Damen und Herren,</w:t>
      </w:r>
    </w:p>
    <w:p/>
    <w:p>
      <w:r>
        <w:rPr>
          <w:b w:val="0"/>
          <w:sz w:val="20"/>
        </w:rPr>
        <w:t>hiermit kündige ich den mit Ihnen bestehenden Vertrag über die Heizkostenabrechnung für die oben genannte Verbrauchsstelle fristgerecht und ordentlich zum nächstmöglichen Zeitpunkt. Bitte bestätigen Sie mir schriftlich den Erhalt dieser Kündigung sowie das Vertragsende.</w:t>
      </w:r>
    </w:p>
    <w:p/>
    <w:p>
      <w:r>
        <w:rPr>
          <w:b w:val="0"/>
          <w:sz w:val="20"/>
        </w:rPr>
        <w:t>Ich bitte Sie, mir nach Beendigung des Vertragsverhältnisses eine abschließende Abrechnung zuzusenden und die Daten gemäß den gesetzlichen Vorgaben zu löschen.</w:t>
      </w:r>
    </w:p>
    <w:p/>
    <w:p/>
    <w:p>
      <w:r>
        <w:rPr>
          <w:b w:val="0"/>
          <w:sz w:val="20"/>
        </w:rPr>
        <w:t>Ort : ____________________________    Datum : ____________________________</w:t>
      </w:r>
    </w:p>
    <w:p/>
    <w:p/>
    <w:p>
      <w:r>
        <w:rPr>
          <w:b w:val="0"/>
          <w:sz w:val="20"/>
        </w:rPr>
        <w:t>Unterschrift: 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Absender</w:t>
            </w:r>
          </w:p>
        </w:tc>
        <w:tc>
          <w:tcPr>
            <w:tcW w:type="dxa" w:w="4986"/>
            <w:tcBorders>
              <w:top w:val="nil"/>
              <w:left w:val="nil"/>
              <w:bottom w:val="nil"/>
              <w:right w:val="nil"/>
              <w:insideH w:val="nil"/>
              <w:insideV w:val="nil"/>
            </w:tcBorders>
          </w:tcPr>
          <w:p>
            <w:pPr>
              <w:jc w:val="center"/>
            </w:pPr>
            <w:r>
              <w:t>Techem Energy Services GmbH</w:t>
            </w:r>
          </w:p>
        </w:tc>
      </w:tr>
      <w:tr>
        <w:tc>
          <w:tcPr>
            <w:tcW w:type="dxa" w:w="4986"/>
            <w:tcBorders>
              <w:top w:val="nil"/>
              <w:left w:val="nil"/>
              <w:bottom w:val="nil"/>
              <w:right w:val="nil"/>
              <w:insideH w:val="nil"/>
              <w:insideV w:val="nil"/>
            </w:tcBorders>
          </w:tcPr>
          <w:p>
            <w:pPr>
              <w:jc w:val="center"/>
            </w:pPr>
            <w:r>
              <w:br/>
              <w:br/>
              <w:t>Unterschrift: _________________________</w:t>
            </w:r>
          </w:p>
        </w:tc>
        <w:tc>
          <w:tcPr>
            <w:tcW w:type="dxa" w:w="4986"/>
            <w:tcBorders>
              <w:top w:val="nil"/>
              <w:left w:val="nil"/>
              <w:bottom w:val="nil"/>
              <w:right w:val="nil"/>
              <w:insideH w:val="nil"/>
              <w:insideV w:val="nil"/>
            </w:tcBorders>
          </w:tcPr>
          <w:p>
            <w:pPr>
              <w:jc w:val="center"/>
            </w:pPr>
            <w:r>
              <w:br/>
              <w:br/>
              <w:t>Datum / Bestätigung: ___________________</w:t>
            </w:r>
          </w:p>
        </w:tc>
      </w:tr>
    </w:tbl>
    <w:p>
      <w:r>
        <w:br w:type="page"/>
      </w:r>
    </w:p>
    <w:p>
      <w:pPr>
        <w:jc w:val="center"/>
      </w:pPr>
      <w:r>
        <w:rPr>
          <w:color w:val="555555"/>
          <w:sz w:val="24"/>
        </w:rPr>
        <w:t>Originalquelle dieses Dokuments:</w:t>
      </w:r>
    </w:p>
    <w:p>
      <w:pPr>
        <w:jc w:val="center"/>
      </w:pPr>
      <w:hyperlink r:id="rId9">
        <w:r>
          <w:rPr>
            <w:color w:val="0000FF"/>
            <w:u w:val="single"/>
          </w:rPr>
          <w:t>https://vorlagenfy.com/techem-kundigen-vorlage/</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https://vorlagenfy.com</w:t>
        </w:r>
      </w:hyperlink>
    </w:p>
    <w:p>
      <w:pPr>
        <w:jc w:val="center"/>
      </w:pPr>
      <w:r>
        <w:rPr>
          <w:color w:val="808080"/>
          <w:sz w:val="20"/>
        </w:rPr>
        <w:t>Diese Vorlage ist ausschließlich für den persönlichen, nicht kommerziellen Gebrauch bestimmt.</w:t>
        <w:br/>
        <w:t>Bei Weitergabe oder Veröffentlichung ist die Nennung der Quelle verpflichtend. © vorlagenfy.com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orlagenfy.com/techem-kundigen-vorlage/" TargetMode="External"/><Relationship Id="rId10" Type="http://schemas.openxmlformats.org/officeDocument/2006/relationships/hyperlink" Target="https://vorlagenf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