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DIE TARGOBANK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Umfang der Vollmacht:</w:t>
      </w:r>
    </w:p>
    <w:p>
      <w:r>
        <w:rPr>
          <w:b w:val="0"/>
          <w:sz w:val="20"/>
        </w:rPr>
        <w:t>Hiermit bevollmächtige ich den oben genannten Bevollmächtigten, mich gegenüber der TARGOBANK in allen Angelegenheiten zu vertreten,</w:t>
      </w:r>
    </w:p>
    <w:p>
      <w:r>
        <w:rPr>
          <w:b w:val="0"/>
          <w:sz w:val="20"/>
        </w:rPr>
        <w:t>die Kontoführung betreffend, insbesondere Konten zu eröffnen, zu schließen, Umsätze einzusehen, Überweisungen zu veranlassen,</w:t>
      </w:r>
    </w:p>
    <w:p>
      <w:r>
        <w:rPr>
          <w:b w:val="0"/>
          <w:sz w:val="20"/>
        </w:rPr>
        <w:t>Karten zu beantragen, Verträge abzuschließen und sonstige Bankgeschäfte im Rahmen der gesetzlichen Bestimmungen zu tätigen.</w:t>
      </w:r>
    </w:p>
    <w:p/>
    <w:p>
      <w:r>
        <w:rPr>
          <w:b/>
          <w:sz w:val="20"/>
        </w:rPr>
        <w:t>Rechtsbelehrung:</w:t>
      </w:r>
    </w:p>
    <w:p>
      <w:r>
        <w:rPr>
          <w:b w:val="0"/>
          <w:sz w:val="20"/>
        </w:rPr>
        <w:t>Die Vollmacht berechtigt den Bevollmächtigten, in meinem Namen rechtsverbindliche Erklärungen abzugeben und entgegenzunehmen.</w:t>
      </w:r>
    </w:p>
    <w:p>
      <w:r>
        <w:rPr>
          <w:b w:val="0"/>
          <w:sz w:val="20"/>
        </w:rPr>
        <w:t>Sie gilt bis auf Widerruf und erlischt spätestens mit dem Tod des Vollmachtgebers.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Der Vollmachtgeber haftet für alle Handlungen des Bevollmächtigten im Rahmen dieser Vollmacht. Die TARGOBANK ist berechtigt,</w:t>
      </w:r>
    </w:p>
    <w:p>
      <w:r>
        <w:rPr>
          <w:b w:val="0"/>
          <w:sz w:val="20"/>
        </w:rPr>
        <w:t>sich auf die Vollmacht ohne weitere Nachweise zu verlassen.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Diese Vollmacht unterliegt deutschem Recht. Änderungen und Ergänzungen bedürfen der Schriftform.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Vollmachtgeber : _______________________________________</w:t>
      </w:r>
    </w:p>
    <w:p/>
    <w:p/>
    <w:p/>
    <w:p>
      <w:r>
        <w:rPr>
          <w:b w:val="0"/>
          <w:sz w:val="20"/>
        </w:rPr>
        <w:t>Unterschrift Bevollmächtigter (optional) 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https://vorlagenfy.com/targobank-vollmacht/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targobank-vollmacht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