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KÜNDIGUNG DES STROMVERTRAGS BEI TOD</w:t>
      </w:r>
    </w:p>
    <w:p/>
    <w:p>
      <w:r>
        <w:rPr>
          <w:b w:val="0"/>
          <w:sz w:val="20"/>
        </w:rPr>
        <w:t>Ort : ____________________________</w:t>
      </w:r>
    </w:p>
    <w:p/>
    <w:p>
      <w:r>
        <w:rPr>
          <w:b/>
          <w:sz w:val="20"/>
        </w:rPr>
        <w:t>Angaben des Kündigenden (Vertragsnehmer) :</w:t>
      </w:r>
    </w:p>
    <w:p>
      <w:r>
        <w:rPr>
          <w:b w:val="0"/>
          <w:sz w:val="20"/>
        </w:rPr>
        <w:t>Vor- und Nachname : ________________________________________________</w:t>
      </w:r>
    </w:p>
    <w:p>
      <w:r>
        <w:rPr>
          <w:b w:val="0"/>
          <w:sz w:val="20"/>
        </w:rPr>
        <w:t>Straße, Hausnummer : ________________________________________________</w:t>
      </w:r>
    </w:p>
    <w:p>
      <w:r>
        <w:rPr>
          <w:b w:val="0"/>
          <w:sz w:val="20"/>
        </w:rPr>
        <w:t>PLZ, Ort : ________________________________________________________</w:t>
      </w:r>
    </w:p>
    <w:p>
      <w:r>
        <w:rPr>
          <w:b w:val="0"/>
          <w:sz w:val="20"/>
        </w:rPr>
        <w:t>Kundennummer (sofern bekannt) : ___________________________________</w:t>
      </w:r>
    </w:p>
    <w:p/>
    <w:p>
      <w:r>
        <w:rPr>
          <w:b/>
          <w:sz w:val="20"/>
        </w:rPr>
        <w:t>Angaben zum Stromanbieter :</w:t>
      </w:r>
    </w:p>
    <w:p>
      <w:r>
        <w:rPr>
          <w:b w:val="0"/>
          <w:sz w:val="20"/>
        </w:rPr>
        <w:t>Name des Stromanbieters : ________________________________________</w:t>
      </w:r>
    </w:p>
    <w:p>
      <w:r>
        <w:rPr>
          <w:b w:val="0"/>
          <w:sz w:val="20"/>
        </w:rPr>
        <w:t>Kundennummer beim Anbieter : ______________________________________</w:t>
      </w:r>
    </w:p>
    <w:p>
      <w:r>
        <w:rPr>
          <w:b w:val="0"/>
          <w:sz w:val="20"/>
        </w:rPr>
        <w:t>Vertragsnummer : __________________________________________________</w:t>
      </w:r>
    </w:p>
    <w:p/>
    <w:p>
      <w:r>
        <w:rPr>
          <w:b w:val="0"/>
          <w:sz w:val="20"/>
        </w:rPr>
        <w:t>Sehr geehrte Damen und Herren,</w:t>
      </w:r>
    </w:p>
    <w:p>
      <w:r>
        <w:rPr>
          <w:b w:val="0"/>
          <w:sz w:val="20"/>
        </w:rPr>
        <w:t>hiermit kündige ich den bestehenden Stromvertrag aufgrund des Todes des Vertragsnehmers mit sofortiger Wirkung. Als Nachweis füge ich eine Kopie der Sterbeurkunde bei. Bitte bestätigen Sie mir die Kündigung schriftlich.</w:t>
      </w:r>
    </w:p>
    <w:p/>
    <w:p>
      <w:r>
        <w:rPr>
          <w:b/>
          <w:sz w:val="20"/>
        </w:rPr>
        <w:t>Bitte erstellen Sie eine Schlussabrechnung und senden Sie diese an folgende Adresse :</w:t>
      </w:r>
    </w:p>
    <w:p>
      <w:r>
        <w:rPr>
          <w:b w:val="0"/>
          <w:sz w:val="20"/>
        </w:rPr>
        <w:t>Vor- und Nachname : ________________________________________________</w:t>
      </w:r>
    </w:p>
    <w:p>
      <w:r>
        <w:rPr>
          <w:b w:val="0"/>
          <w:sz w:val="20"/>
        </w:rPr>
        <w:t>Straße, Hausnummer : ________________________________________________</w:t>
      </w:r>
    </w:p>
    <w:p>
      <w:r>
        <w:rPr>
          <w:b w:val="0"/>
          <w:sz w:val="20"/>
        </w:rPr>
        <w:t>PLZ, Ort : ________________________________________________________</w:t>
      </w:r>
    </w:p>
    <w:p/>
    <w:p>
      <w:r>
        <w:rPr>
          <w:b/>
          <w:sz w:val="20"/>
        </w:rPr>
        <w:t>Rechtliche Hinweise :</w:t>
      </w:r>
    </w:p>
    <w:p>
      <w:r>
        <w:rPr>
          <w:b w:val="0"/>
          <w:sz w:val="20"/>
        </w:rPr>
        <w:t>Gemäß § 314 BGB ist eine Kündigung aus wichtigem Grund auch ohne Einhaltung von Fristen möglich. Der Tod des Vertragsnehmers stellt einen solchen wichtigen Grund dar. Die Kündigung wird mit Zugang bei Ihnen wirksam.</w:t>
      </w:r>
    </w:p>
    <w:p/>
    <w:p>
      <w:r>
        <w:rPr>
          <w:b w:val="0"/>
          <w:sz w:val="20"/>
        </w:rPr>
        <w:t>Mit freundlichen Grüßen</w:t>
      </w:r>
    </w:p>
    <w:p/>
    <w:p/>
    <w:p/>
    <w:p>
      <w:pPr>
        <w:jc w:val="center"/>
      </w:pPr>
      <w:r>
        <w:rPr>
          <w:b w:val="0"/>
          <w:sz w:val="20"/>
        </w:rPr>
        <w:t>_____________________________</w:t>
      </w:r>
    </w:p>
    <w:p>
      <w:pPr>
        <w:jc w:val="center"/>
      </w:pPr>
      <w:r>
        <w:rPr>
          <w:b w:val="0"/>
          <w:sz w:val="20"/>
        </w:rPr>
        <w:t>(Unterschrift des Kündigenden)</w:t>
      </w:r>
    </w:p>
    <w:p/>
    <w:p/>
    <w:p>
      <w:r>
        <w:rPr>
          <w:b w:val="0"/>
          <w:sz w:val="20"/>
        </w:rPr>
        <w:t>Ort : __________________________________</w:t>
      </w:r>
    </w:p>
    <w:p>
      <w:r>
        <w:rPr>
          <w:b w:val="0"/>
          <w:sz w:val="20"/>
        </w:rPr>
        <w:t>Datum : 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Unterschrift</w:t>
            </w:r>
          </w:p>
        </w:tc>
        <w:tc>
          <w:tcPr>
            <w:tcW w:type="dxa" w:w="4986"/>
            <w:tcBorders>
              <w:top w:val="nil"/>
              <w:left w:val="nil"/>
              <w:bottom w:val="nil"/>
              <w:right w:val="nil"/>
              <w:insideH w:val="nil"/>
              <w:insideV w:val="nil"/>
            </w:tcBorders>
          </w:tcPr>
          <w:p>
            <w:pPr>
              <w:jc w:val="center"/>
            </w:pPr>
            <w:r>
              <w:t>Telefonnummer / E-Mail (optional)</w:t>
            </w:r>
          </w:p>
        </w:tc>
      </w:tr>
      <w:tr>
        <w:tc>
          <w:tcPr>
            <w:tcW w:type="dxa" w:w="4986"/>
            <w:tcBorders>
              <w:top w:val="nil"/>
              <w:left w:val="nil"/>
              <w:bottom w:val="nil"/>
              <w:right w:val="nil"/>
              <w:insideH w:val="nil"/>
              <w:insideV w:val="nil"/>
            </w:tcBorders>
          </w:tcPr>
          <w:p>
            <w:pPr>
              <w:jc w:val="center"/>
            </w:pPr>
            <w:r>
              <w:br/>
              <w:br/>
              <w:t>____________________________</w:t>
            </w:r>
          </w:p>
        </w:tc>
        <w:tc>
          <w:tcPr>
            <w:tcW w:type="dxa" w:w="4986"/>
            <w:tcBorders>
              <w:top w:val="nil"/>
              <w:left w:val="nil"/>
              <w:bottom w:val="nil"/>
              <w:right w:val="nil"/>
              <w:insideH w:val="nil"/>
              <w:insideV w:val="nil"/>
            </w:tcBorders>
          </w:tcPr>
          <w:p>
            <w:pPr>
              <w:jc w:val="center"/>
            </w:pPr>
            <w:r>
              <w:br/>
              <w:br/>
              <w:t>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https://vorlagenfy.com/stromvertrag-kundigen-todesfall-vorlage/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stromvertrag-kundigen-todesfall-vorlage/"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