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STELLUNGNAHME</w:t>
      </w:r>
    </w:p>
    <w:p/>
    <w:p>
      <w:r>
        <w:rPr>
          <w:b/>
          <w:sz w:val="20"/>
        </w:rPr>
        <w:t>Angaben zum Verfasser der Stellungnahme:</w:t>
      </w:r>
    </w:p>
    <w:p>
      <w:r>
        <w:rPr>
          <w:b w:val="0"/>
          <w:sz w:val="20"/>
        </w:rPr>
        <w:t>Name : _____________________________________________________________</w:t>
      </w:r>
    </w:p>
    <w:p>
      <w:r>
        <w:rPr>
          <w:b w:val="0"/>
          <w:sz w:val="20"/>
        </w:rPr>
        <w:t>Adresse : 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/>
    <w:p>
      <w:r>
        <w:rPr>
          <w:b w:val="0"/>
          <w:sz w:val="20"/>
        </w:rPr>
        <w:t>Hiermit nehme ich Bezug auf das oben genannte Thema und möchte zu den folgenden Punkten Stellung nehmen.</w:t>
      </w:r>
    </w:p>
    <w:p/>
    <w:p>
      <w:r>
        <w:rPr>
          <w:b/>
          <w:sz w:val="20"/>
        </w:rPr>
        <w:t>1. Sachverhalt: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/>
    <w:p>
      <w:r>
        <w:rPr>
          <w:b/>
          <w:sz w:val="20"/>
        </w:rPr>
        <w:t>2. Bewertung: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/>
    <w:p>
      <w:r>
        <w:rPr>
          <w:b/>
          <w:sz w:val="20"/>
        </w:rPr>
        <w:t>3. Schlussfolgerung: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https://vorlagenfy.com/stellungnahme-vorlage/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stellungnahme-vorlage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