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SPESENZETTEL FÜR LKW-FAHRER</w:t>
      </w:r>
    </w:p>
    <w:p/>
    <w:p>
      <w:r>
        <w:rPr>
          <w:b/>
          <w:sz w:val="20"/>
        </w:rPr>
        <w:t>Angaben zum Fahrer: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Fahrerlaubnis-Nr. : ______________________________________________</w:t>
      </w:r>
    </w:p>
    <w:p>
      <w:r>
        <w:rPr>
          <w:b w:val="0"/>
          <w:sz w:val="20"/>
        </w:rPr>
        <w:t>Fahrzeugkennzeichen : 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/>
    <w:p>
      <w:r>
        <w:rPr>
          <w:b/>
          <w:sz w:val="20"/>
        </w:rPr>
        <w:t>Angaben zur Fahrt:</w:t>
      </w:r>
    </w:p>
    <w:p>
      <w:r>
        <w:rPr>
          <w:b w:val="0"/>
          <w:sz w:val="20"/>
        </w:rPr>
        <w:t>Datum der Fahrt : __________________________________________________</w:t>
      </w:r>
    </w:p>
    <w:p>
      <w:r>
        <w:rPr>
          <w:b w:val="0"/>
          <w:sz w:val="20"/>
        </w:rPr>
        <w:t>Startort : ________________________________________________________</w:t>
      </w:r>
    </w:p>
    <w:p>
      <w:r>
        <w:rPr>
          <w:b w:val="0"/>
          <w:sz w:val="20"/>
        </w:rPr>
        <w:t>Zielort : __________________________________________________________</w:t>
      </w:r>
    </w:p>
    <w:p>
      <w:r>
        <w:rPr>
          <w:b w:val="0"/>
          <w:sz w:val="20"/>
        </w:rPr>
        <w:t>Art der Ladung : _________________________________________________</w:t>
      </w:r>
    </w:p>
    <w:p/>
    <w:p>
      <w:r>
        <w:rPr>
          <w:b/>
          <w:sz w:val="20"/>
        </w:rPr>
        <w:t>Übersicht der angefallenen Spesen: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1701"/>
          </w:tcPr>
          <w:p>
            <w:r>
              <w:t>Datum</w:t>
            </w:r>
          </w:p>
        </w:tc>
        <w:tc>
          <w:tcPr>
            <w:tcW w:type="dxa" w:w="5102"/>
          </w:tcPr>
          <w:p>
            <w:r>
              <w:t>Beschreibung</w:t>
            </w:r>
          </w:p>
        </w:tc>
        <w:tc>
          <w:tcPr>
            <w:tcW w:type="dxa" w:w="1701"/>
          </w:tcPr>
          <w:p>
            <w:r>
              <w:t>Betrag (EUR)</w:t>
            </w:r>
          </w:p>
        </w:tc>
      </w:tr>
      <w:tr>
        <w:tc>
          <w:tcPr>
            <w:tcW w:type="dxa" w:w="1701"/>
          </w:tcPr>
          <w:p>
            <w:r>
              <w:t>________________</w:t>
            </w:r>
          </w:p>
        </w:tc>
        <w:tc>
          <w:tcPr>
            <w:tcW w:type="dxa" w:w="5102"/>
          </w:tcPr>
          <w:p>
            <w:r>
              <w:t>__________________________________________________</w:t>
            </w:r>
          </w:p>
        </w:tc>
        <w:tc>
          <w:tcPr>
            <w:tcW w:type="dxa" w:w="1701"/>
          </w:tcPr>
          <w:p>
            <w:r>
              <w:t>______________</w:t>
            </w:r>
          </w:p>
        </w:tc>
      </w:tr>
      <w:tr>
        <w:tc>
          <w:tcPr>
            <w:tcW w:type="dxa" w:w="1701"/>
          </w:tcPr>
          <w:p>
            <w:r>
              <w:t>________________</w:t>
            </w:r>
          </w:p>
        </w:tc>
        <w:tc>
          <w:tcPr>
            <w:tcW w:type="dxa" w:w="5102"/>
          </w:tcPr>
          <w:p>
            <w:r>
              <w:t>__________________________________________________</w:t>
            </w:r>
          </w:p>
        </w:tc>
        <w:tc>
          <w:tcPr>
            <w:tcW w:type="dxa" w:w="1701"/>
          </w:tcPr>
          <w:p>
            <w:r>
              <w:t>______________</w:t>
            </w:r>
          </w:p>
        </w:tc>
      </w:tr>
      <w:tr>
        <w:tc>
          <w:tcPr>
            <w:tcW w:type="dxa" w:w="1701"/>
          </w:tcPr>
          <w:p>
            <w:r>
              <w:t>________________</w:t>
            </w:r>
          </w:p>
        </w:tc>
        <w:tc>
          <w:tcPr>
            <w:tcW w:type="dxa" w:w="5102"/>
          </w:tcPr>
          <w:p>
            <w:r>
              <w:t>__________________________________________________</w:t>
            </w:r>
          </w:p>
        </w:tc>
        <w:tc>
          <w:tcPr>
            <w:tcW w:type="dxa" w:w="1701"/>
          </w:tcPr>
          <w:p>
            <w:r>
              <w:t>______________</w:t>
            </w:r>
          </w:p>
        </w:tc>
      </w:tr>
      <w:tr>
        <w:tc>
          <w:tcPr>
            <w:tcW w:type="dxa" w:w="1701"/>
          </w:tcPr>
          <w:p>
            <w:r>
              <w:t>________________</w:t>
            </w:r>
          </w:p>
        </w:tc>
        <w:tc>
          <w:tcPr>
            <w:tcW w:type="dxa" w:w="5102"/>
          </w:tcPr>
          <w:p>
            <w:r>
              <w:t>__________________________________________________</w:t>
            </w:r>
          </w:p>
        </w:tc>
        <w:tc>
          <w:tcPr>
            <w:tcW w:type="dxa" w:w="1701"/>
          </w:tcPr>
          <w:p>
            <w:r>
              <w:t>______________</w:t>
            </w:r>
          </w:p>
        </w:tc>
      </w:tr>
      <w:tr>
        <w:tc>
          <w:tcPr>
            <w:tcW w:type="dxa" w:w="1701"/>
          </w:tcPr>
          <w:p>
            <w:r>
              <w:t>________________</w:t>
            </w:r>
          </w:p>
        </w:tc>
        <w:tc>
          <w:tcPr>
            <w:tcW w:type="dxa" w:w="5102"/>
          </w:tcPr>
          <w:p>
            <w:r>
              <w:t>__________________________________________________</w:t>
            </w:r>
          </w:p>
        </w:tc>
        <w:tc>
          <w:tcPr>
            <w:tcW w:type="dxa" w:w="1701"/>
          </w:tcPr>
          <w:p>
            <w:r>
              <w:t>______________</w:t>
            </w:r>
          </w:p>
        </w:tc>
      </w:tr>
    </w:tbl>
    <w:p/>
    <w:p>
      <w:r>
        <w:rPr>
          <w:b/>
          <w:sz w:val="20"/>
        </w:rPr>
        <w:t>Gesamtsumme der Spesen : __________________ EUR</w:t>
      </w:r>
    </w:p>
    <w:p/>
    <w:p/>
    <w:p>
      <w:r>
        <w:rPr>
          <w:b w:val="0"/>
          <w:sz w:val="20"/>
        </w:rPr>
        <w:t>Hiermit bestätige ich die Richtigkeit der aufgeführten Spesen und beantrage die Auszahlung.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Fahrer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Vorgesetzter / Buchhaltung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https://vorlagenfy.com/spesenzettel-lkw-fahrer-vordruck/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pesenzettel-lkw-fahrer-vordruck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