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SPARKASSENVERSICHERUNG KÜNDIGEN – MUSTER</w:t>
      </w:r>
    </w:p>
    <w:p/>
    <w:p>
      <w:pPr>
        <w:jc w:val="center"/>
      </w:pPr>
      <w:r>
        <w:rPr>
          <w:b/>
          <w:sz w:val="20"/>
        </w:rPr>
        <w:t>Kündigung meiner Sparkassenversicherung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Straße, Hausnummer : ________________________________________________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Versicherungsnummer : 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/>
          <w:sz w:val="20"/>
        </w:rPr>
        <w:t>Sparkassenversicherung</w:t>
      </w:r>
    </w:p>
    <w:p>
      <w:r>
        <w:rPr>
          <w:b w:val="0"/>
          <w:sz w:val="20"/>
        </w:rPr>
        <w:t>Straße und Hausnummer der Geschäftsstelle : 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bei Ihnen bestehende Sparkassenversicherung mit der oben genannten Versicherungsnummer ordentlich und fristgerecht zum nächstmöglichen Zeitpunkt.</w:t>
      </w:r>
    </w:p>
    <w:p/>
    <w:p>
      <w:r>
        <w:rPr>
          <w:b w:val="0"/>
          <w:sz w:val="20"/>
        </w:rPr>
        <w:t>Bitte bestätigen Sie mir den Eingang dieser Kündigung sowie das Vertragsende schriftlich.</w:t>
      </w:r>
    </w:p>
    <w:p/>
    <w:p>
      <w:r>
        <w:rPr>
          <w:b w:val="0"/>
          <w:sz w:val="20"/>
        </w:rPr>
        <w:t>Vielen Dank für die bisherige Zusammenarbeit.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 w:val="0"/>
          <w:sz w:val="20"/>
        </w:rPr>
        <w:t>Unterschrift : ___________________________________________</w:t>
      </w:r>
    </w:p>
    <w:p/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Bitte beachten Sie, dass Kündigungsfristen und -bedingungen Ihrem Versicherungsvertrag entnommen werden sollten. Diese Kündigung dient als Muster und ersetzt keine individuelle Rechtsberatung.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Sparkassenversicherung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Datum des Eingangs: 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https://vorlagenfy.com/sparkassenversicherung-kundigen---muster/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parkassenversicherung-kundigen--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