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SONDERKÜNDIGUNGSRECHT WEGEN GESCHÄFTSAUFGABE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Absenders (Kunden) :</w:t>
      </w:r>
    </w:p>
    <w:p>
      <w:r>
        <w:rPr>
          <w:b w:val="0"/>
          <w:sz w:val="20"/>
        </w:rPr>
        <w:t>Vor- und Nachname / Firma : 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Kundennummer / Vertragsnummer : 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Empfängers (Vertragspartner) :</w:t>
      </w:r>
    </w:p>
    <w:p>
      <w:r>
        <w:rPr>
          <w:b w:val="0"/>
          <w:sz w:val="20"/>
        </w:rPr>
        <w:t>Firma / Name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Sonderkündigung wegen Geschäftsaufgabe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Vertrag außerordentlich aufgrund der Geschäftsaufgabe meines Unternehmens.</w:t>
      </w:r>
    </w:p>
    <w:p>
      <w:r>
        <w:rPr>
          <w:b w:val="0"/>
          <w:sz w:val="20"/>
        </w:rPr>
        <w:t>Bitte bestätigen Sie mir die Kündigung sowie das Vertragsende schriftlich.</w:t>
      </w:r>
    </w:p>
    <w:p/>
    <w:p>
      <w:r>
        <w:rPr>
          <w:b w:val="0"/>
          <w:sz w:val="20"/>
        </w:rPr>
        <w:t>Grundlage der Kündigung ist das Sonderkündigungsrecht gemäß § 314 BGB wegen Wegfalls des Geschäftsgrundlage durch Geschäftsaufgabe.</w:t>
      </w:r>
    </w:p>
    <w:p/>
    <w:p>
      <w:r>
        <w:rPr>
          <w:b w:val="0"/>
          <w:sz w:val="20"/>
        </w:rPr>
        <w:t>Ich bitte Sie, alle weiteren Leistungen zum nächstmöglichen Zeitpunkt einzustellen und keine weiteren Forderungen zu stellen.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Ort : ___________________________</w:t>
      </w:r>
    </w:p>
    <w:p>
      <w:r>
        <w:rPr>
          <w:b w:val="0"/>
          <w:sz w:val="20"/>
        </w:rPr>
        <w:t>Unterschrift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https://vorlagenfy.com/sonderkundigungsrecht-wegen-geschaftsaufgabe-muster/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onderkundigungsrecht-wegen-geschaftsaufgabe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