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SCHRIFTLICHE RÜCKTRITTERKLÄRUNG</w:t>
      </w:r>
    </w:p>
    <w:p/>
    <w:p>
      <w:r>
        <w:rPr>
          <w:b/>
          <w:sz w:val="20"/>
        </w:rPr>
        <w:t>Absender (Rücktrittender):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Empfänger (Vertragspartner):</w:t>
      </w:r>
    </w:p>
    <w:p>
      <w:r>
        <w:rPr>
          <w:b w:val="0"/>
          <w:sz w:val="20"/>
        </w:rPr>
        <w:t>Firma/Name : 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</w:t>
      </w:r>
    </w:p>
    <w:p/>
    <w:p>
      <w:r>
        <w:rPr>
          <w:b/>
          <w:sz w:val="20"/>
        </w:rPr>
        <w:t>Hiermit erkläre ich den Rücktritt vom geschlossenen Vertrag gemäß den gesetzlichen Bestimmungen.</w:t>
      </w:r>
    </w:p>
    <w:p/>
    <w:p>
      <w:r>
        <w:rPr>
          <w:b/>
          <w:sz w:val="20"/>
        </w:rPr>
        <w:t>Vertragsgegenstand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Grund des Rücktritts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Ich bitte um eine schriftliche Bestätigung des Rücktritts und die Rückabwicklung aller geleisteten Zahlungen.</w:t>
      </w:r>
    </w:p>
    <w:p/>
    <w:p/>
    <w:p>
      <w:r>
        <w:rPr>
          <w:b/>
          <w:sz w:val="20"/>
        </w:rPr>
        <w:t>Rechtlicher Hinweis :</w:t>
      </w:r>
    </w:p>
    <w:p>
      <w:r>
        <w:rPr>
          <w:b w:val="0"/>
          <w:sz w:val="20"/>
        </w:rPr>
        <w:t>Mit dieser Erklärung trete ich vom Vertrag zurück. Ich bin mir bewusst, dass die Rücktrittsfrist und weitere Voraussetzungen eingehalten werden müssen, damit der Rücktritt wirksam wird.</w:t>
      </w:r>
    </w:p>
    <w:p/>
    <w:p>
      <w:r>
        <w:rPr>
          <w:b w:val="0"/>
          <w:sz w:val="20"/>
        </w:rPr>
        <w:t>Ort : ___________________________________________________________</w:t>
      </w:r>
    </w:p>
    <w:p>
      <w:r>
        <w:rPr>
          <w:b w:val="0"/>
          <w:sz w:val="20"/>
        </w:rPr>
        <w:t>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 in Druckbuchstaben 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https://vorlagenfy.com/schriftliche-rucktrittserklarung-vorlage/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chriftliche-rucktrittserklar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