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SCHREIBEN AN DEN BÜRGERMEISTER</w:t>
      </w:r>
    </w:p>
    <w:p/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Name : 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>
      <w:r>
        <w:rPr>
          <w:b w:val="0"/>
          <w:sz w:val="20"/>
        </w:rPr>
        <w:t>E-Mail : ___________________________________________________________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Herr Bürgermeister</w:t>
      </w:r>
    </w:p>
    <w:p>
      <w:r>
        <w:rPr>
          <w:b w:val="0"/>
          <w:sz w:val="20"/>
        </w:rPr>
        <w:t>Stadtverwaltung</w:t>
      </w:r>
    </w:p>
    <w:p>
      <w:r>
        <w:rPr>
          <w:b w:val="0"/>
          <w:sz w:val="20"/>
        </w:rPr>
        <w:t>___________________________________________________________</w:t>
      </w:r>
    </w:p>
    <w:p>
      <w:r>
        <w:rPr>
          <w:b w:val="0"/>
          <w:sz w:val="20"/>
        </w:rPr>
        <w:t>___________________________________________________________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____________________________________________________________________</w:t>
      </w:r>
    </w:p>
    <w:p/>
    <w:p>
      <w:r>
        <w:rPr>
          <w:b w:val="0"/>
          <w:sz w:val="20"/>
        </w:rPr>
        <w:t>Sehr geehrter Herr Bürgermeister,</w:t>
      </w:r>
    </w:p>
    <w:p/>
    <w:p>
      <w:r>
        <w:rPr>
          <w:b w:val="0"/>
          <w:sz w:val="20"/>
        </w:rPr>
        <w:t>hiermit wende ich mich mit folgendem Anliegen an Sie:</w:t>
      </w:r>
    </w:p>
    <w:p/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_________________________________________________________________________________________</w:t>
      </w:r>
    </w:p>
    <w:p/>
    <w:p>
      <w:r>
        <w:rPr>
          <w:b w:val="0"/>
          <w:sz w:val="20"/>
        </w:rPr>
        <w:t>Ich bitte Sie höflich, mein Anliegen zu prüfen und mir zeitnah eine Rückmeldung zu geben.</w:t>
      </w:r>
    </w:p>
    <w:p/>
    <w:p>
      <w:r>
        <w:rPr>
          <w:b w:val="0"/>
          <w:sz w:val="20"/>
        </w:rPr>
        <w:t>Mit freundlichen Grüßen</w:t>
      </w:r>
    </w:p>
    <w:p/>
    <w:p/>
    <w:p/>
    <w:p>
      <w:pPr>
        <w:jc w:val="center"/>
      </w:pPr>
      <w:r>
        <w:rPr>
          <w:b w:val="0"/>
          <w:sz w:val="20"/>
        </w:rPr>
        <w:t>_____________________________</w:t>
      </w:r>
    </w:p>
    <w:p>
      <w:pPr>
        <w:jc w:val="center"/>
      </w:pPr>
      <w:r>
        <w:rPr>
          <w:b w:val="0"/>
          <w:sz w:val="20"/>
        </w:rPr>
        <w:t>Name des Absenders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Anlagen: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Bearbeitungszeichen (falls bekannt):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_________________________________________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https://vorlagenfy.com/schreiben-an-burgermeister-muster/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schreiben-an-burgermeister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