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MUSTERBRIEF SCHADEN AUSZAHLEN LASSEN OHNE REPARATUR</w:t>
      </w:r>
    </w:p>
    <w:p/>
    <w:p>
      <w:r>
        <w:rPr>
          <w:b/>
          <w:sz w:val="20"/>
        </w:rPr>
        <w:t>Absender :</w:t>
      </w:r>
    </w:p>
    <w:p>
      <w:r>
        <w:rPr>
          <w:b w:val="0"/>
          <w:sz w:val="20"/>
        </w:rPr>
        <w:t>Name : __________________________________________________________</w:t>
      </w:r>
    </w:p>
    <w:p>
      <w:r>
        <w:rPr>
          <w:b w:val="0"/>
          <w:sz w:val="20"/>
        </w:rPr>
        <w:t>Anschrift : ______________________________________________________</w:t>
      </w:r>
    </w:p>
    <w:p>
      <w:r>
        <w:rPr>
          <w:b w:val="0"/>
          <w:sz w:val="20"/>
        </w:rPr>
        <w:t>Telefonnummer : _________________________________________________</w:t>
      </w:r>
    </w:p>
    <w:p/>
    <w:p>
      <w:r>
        <w:rPr>
          <w:b/>
          <w:sz w:val="20"/>
        </w:rPr>
        <w:t>Empfänger :</w:t>
      </w:r>
    </w:p>
    <w:p>
      <w:r>
        <w:rPr>
          <w:b w:val="0"/>
          <w:sz w:val="20"/>
        </w:rPr>
        <w:t>Versicherungsgesellschaft : _______________________________________</w:t>
      </w:r>
    </w:p>
    <w:p>
      <w:r>
        <w:rPr>
          <w:b w:val="0"/>
          <w:sz w:val="20"/>
        </w:rPr>
        <w:t>Abteilung : ______________________________________________________</w:t>
      </w:r>
    </w:p>
    <w:p>
      <w:r>
        <w:rPr>
          <w:b w:val="0"/>
          <w:sz w:val="20"/>
        </w:rPr>
        <w:t>Anschrift : ______________________________________________________</w:t>
      </w:r>
    </w:p>
    <w:p/>
    <w:p>
      <w:r>
        <w:rPr>
          <w:b/>
          <w:sz w:val="20"/>
        </w:rPr>
        <w:t>Betreff :</w:t>
      </w:r>
    </w:p>
    <w:p>
      <w:r>
        <w:rPr>
          <w:b w:val="0"/>
          <w:sz w:val="20"/>
        </w:rPr>
        <w:t>Schadensregulierung ohne Reparatur – Schadennummer : _______________</w:t>
      </w:r>
    </w:p>
    <w:p/>
    <w:p>
      <w:r>
        <w:rPr>
          <w:b w:val="0"/>
          <w:sz w:val="20"/>
        </w:rPr>
        <w:t>Sehr geehrte Damen und Herren,</w:t>
      </w:r>
    </w:p>
    <w:p/>
    <w:p>
      <w:r>
        <w:rPr>
          <w:b w:val="0"/>
          <w:sz w:val="20"/>
        </w:rPr>
        <w:t>hiermit fordere ich die Auszahlung des Schadensbetrags für den oben genannten Schaden ohne Durchführung einer Reparatur. Ich verzichte ausdrücklich auf die Reparatur und bitte um Überweisung des entsprechenden Betrags auf mein Konto.</w:t>
      </w:r>
    </w:p>
    <w:p/>
    <w:p>
      <w:r>
        <w:rPr>
          <w:b w:val="0"/>
          <w:sz w:val="20"/>
        </w:rPr>
        <w:t>Ich habe den Schaden ordnungsgemäß gemeldet und alle erforderlichen Unterlagen eingereicht. Eine Begutachtung des Schadens wurde durchgeführt, und der Schaden wurde von Ihrer Seite anerkannt.</w:t>
      </w:r>
    </w:p>
    <w:p/>
    <w:p>
      <w:r>
        <w:rPr>
          <w:b w:val="0"/>
          <w:sz w:val="20"/>
        </w:rPr>
        <w:t>Bitte bestätigen Sie mir schriftlich die Auszahlung des Schadensbetrags und informieren Sie mich über den genauen Auszahlungsbetrag sowie den Zeitpunkt der Überweisung.</w:t>
      </w:r>
    </w:p>
    <w:p/>
    <w:p>
      <w:r>
        <w:rPr>
          <w:b w:val="0"/>
          <w:sz w:val="20"/>
        </w:rPr>
        <w:t>Für Rückfragen stehe ich Ihnen jederzeit gerne zur Verfügung.</w:t>
      </w:r>
    </w:p>
    <w:p/>
    <w:p/>
    <w:p>
      <w:r>
        <w:rPr>
          <w:b w:val="0"/>
          <w:sz w:val="20"/>
        </w:rPr>
        <w:t>Mit freundlichen Grüßen</w:t>
      </w:r>
    </w:p>
    <w:p/>
    <w:p/>
    <w:p/>
    <w:p/>
    <w:p>
      <w:pPr>
        <w:jc w:val="center"/>
      </w:pPr>
      <w:r>
        <w:rPr>
          <w:b w:val="0"/>
          <w:sz w:val="20"/>
        </w:rPr>
        <w:t>______________________________</w:t>
      </w:r>
    </w:p>
    <w:p>
      <w:pPr>
        <w:jc w:val="center"/>
      </w:pPr>
      <w:r>
        <w:rPr>
          <w:b w:val="0"/>
          <w:sz w:val="20"/>
        </w:rPr>
        <w:t>Name des Versicherungsnehmers</w:t>
      </w:r>
    </w:p>
    <w:p/>
    <w:p/>
    <w:p>
      <w:r>
        <w:rPr>
          <w:b w:val="0"/>
          <w:sz w:val="20"/>
        </w:rPr>
        <w:t>Ort : 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Versicherungsnehmer</w:t>
            </w:r>
          </w:p>
        </w:tc>
        <w:tc>
          <w:tcPr>
            <w:tcW w:type="dxa" w:w="4986"/>
            <w:tcBorders>
              <w:top w:val="nil"/>
              <w:left w:val="nil"/>
              <w:bottom w:val="nil"/>
              <w:right w:val="nil"/>
              <w:insideH w:val="nil"/>
              <w:insideV w:val="nil"/>
            </w:tcBorders>
          </w:tcPr>
          <w:p>
            <w:pPr>
              <w:jc w:val="center"/>
            </w:pPr>
            <w:r>
              <w:t>Versicherungsgesellschaft</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https://vorlagenfy.com/schaden-auszahlen-lassen-ohne-reparatur-musterbrief/</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schaden-auszahlen-lassen-ohne-reparatur-musterbrief/"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