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EIN SACHVERHALTSSCHREIBEN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Firma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Sachverhaltsschreiben betreffend __________________________________________________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Ihnen den Sachverhalt wie folgt schildern und um Prüfung bitten.</w:t>
      </w:r>
    </w:p>
    <w:p/>
    <w:p/>
    <w:p>
      <w:r>
        <w:rPr>
          <w:b/>
          <w:sz w:val="20"/>
        </w:rPr>
        <w:t>Sachverhalt :</w:t>
      </w:r>
    </w:p>
    <w:p>
      <w:r>
        <w:rPr>
          <w:b w:val="0"/>
          <w:sz w:val="20"/>
        </w:rPr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</w:r>
    </w:p>
    <w:p/>
    <w:p>
      <w:r>
        <w:rPr>
          <w:b/>
          <w:sz w:val="20"/>
        </w:rPr>
        <w:t>Rechtliche Würdigung :</w:t>
      </w:r>
    </w:p>
    <w:p>
      <w:r>
        <w:rPr>
          <w:b w:val="0"/>
          <w:sz w:val="20"/>
        </w:rPr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</w:r>
    </w:p>
    <w:p/>
    <w:p>
      <w:r>
        <w:rPr>
          <w:b/>
          <w:sz w:val="20"/>
        </w:rPr>
        <w:t>Forderung / Anliegen :</w:t>
      </w:r>
    </w:p>
    <w:p>
      <w:r>
        <w:rPr>
          <w:b w:val="0"/>
          <w:sz w:val="20"/>
        </w:rPr>
        <w:t>______________________________________________________________</w:t>
        <w:br/>
        <w:t>______________________________________________________________</w:t>
        <w:br/>
        <w:t>______________________________________________________________</w:t>
      </w:r>
    </w:p>
    <w:p/>
    <w:p/>
    <w:p>
      <w:r>
        <w:rPr>
          <w:b w:val="0"/>
          <w:sz w:val="20"/>
        </w:rPr>
        <w:t>Für Rückfragen stehe ich Ihnen selbstverständlich gerne zur Verfügung.</w:t>
      </w:r>
    </w:p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Anlagen: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______________________________________________________________</w:t>
              <w:br/>
              <w:t>______________________________________________________________</w:t>
              <w:br/>
              <w:t>______________________________________________________________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https://vorlagenfy.com/sachverhalt-schreiben-muster/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achverhalt-schreibe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