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RÜCKTRITTSCHREIBEN AUS DEM VEREIN</w:t>
      </w:r>
    </w:p>
    <w:p/>
    <w:p>
      <w:r>
        <w:rPr>
          <w:b/>
          <w:sz w:val="20"/>
        </w:rPr>
        <w:t>Absender :</w:t>
      </w:r>
    </w:p>
    <w:p>
      <w:r>
        <w:rPr>
          <w:b w:val="0"/>
          <w:sz w:val="20"/>
        </w:rPr>
        <w:t>Vor- und Nachname : 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</w:t>
      </w:r>
    </w:p>
    <w:p/>
    <w:p>
      <w:r>
        <w:rPr>
          <w:b/>
          <w:sz w:val="20"/>
        </w:rPr>
        <w:t>Empfänger (Verein) :</w:t>
      </w:r>
    </w:p>
    <w:p>
      <w:r>
        <w:rPr>
          <w:b w:val="0"/>
          <w:sz w:val="20"/>
        </w:rPr>
        <w:t>Name des Vereins : _________________________________________________</w:t>
      </w:r>
    </w:p>
    <w:p>
      <w:r>
        <w:rPr>
          <w:b w:val="0"/>
          <w:sz w:val="20"/>
        </w:rPr>
        <w:t>Anschrift : _________________________________________________________</w:t>
      </w:r>
    </w:p>
    <w:p/>
    <w:p>
      <w:r>
        <w:rPr>
          <w:b/>
          <w:sz w:val="20"/>
        </w:rPr>
        <w:t>Betreff :</w:t>
      </w:r>
    </w:p>
    <w:p>
      <w:r>
        <w:rPr>
          <w:b w:val="0"/>
          <w:sz w:val="20"/>
        </w:rPr>
        <w:t>Rücktritt vom Mitgliedschaftsvertrag im Verein</w:t>
      </w:r>
    </w:p>
    <w:p/>
    <w:p>
      <w:r>
        <w:rPr>
          <w:b w:val="0"/>
          <w:sz w:val="20"/>
        </w:rPr>
        <w:t>Sehr geehrte Damen und Herren,</w:t>
      </w:r>
    </w:p>
    <w:p/>
    <w:p>
      <w:r>
        <w:rPr>
          <w:b w:val="0"/>
          <w:sz w:val="20"/>
        </w:rPr>
        <w:t>hiermit erkläre ich, dass ich mit sofortiger Wirkung / zum nächstmöglichen Zeitpunkt meinen Rücktritt von der Mitgliedschaft im oben genannten Verein erkläre.</w:t>
      </w:r>
    </w:p>
    <w:p/>
    <w:p>
      <w:r>
        <w:rPr>
          <w:b w:val="0"/>
          <w:sz w:val="20"/>
        </w:rPr>
        <w:t>Bitte bestätigen Sie mir den Erhalt dieses Schreibens sowie das Ende meiner Mitgliedschaft schriftlich.</w:t>
      </w:r>
    </w:p>
    <w:p/>
    <w:p>
      <w:r>
        <w:rPr>
          <w:b w:val="0"/>
          <w:sz w:val="20"/>
        </w:rPr>
        <w:t>Ich danke Ihnen für die bisherige Zusammenarbeit und bitte darum, meine personenbezogenen Daten gemäß den gesetzlichen Datenschutzbestimmungen zu löschen.</w:t>
      </w:r>
    </w:p>
    <w:p/>
    <w:p>
      <w:r>
        <w:rPr>
          <w:b/>
          <w:sz w:val="20"/>
        </w:rPr>
        <w:t>Rechtliche Hinweise :</w:t>
      </w:r>
    </w:p>
    <w:p>
      <w:r>
        <w:rPr>
          <w:b w:val="0"/>
          <w:sz w:val="20"/>
        </w:rPr>
        <w:t>Der Rücktritt erfolgt unter Wahrung der im Mitgliedschaftsvertrag und den Vereinssatzungen festgelegten Kündigungsfristen und Bedingungen. Sollte es hierzu Rückfragen geben, stehe ich gerne zur Verfügung.</w:t>
      </w:r>
    </w:p>
    <w:p/>
    <w:p>
      <w:r>
        <w:rPr>
          <w:b w:val="0"/>
          <w:sz w:val="20"/>
        </w:rPr>
        <w:t>Ort : ____________________________________    Datum : ____________________________________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Unterschrift</w:t>
            </w:r>
          </w:p>
        </w:tc>
      </w:tr>
      <w:tr>
        <w:tc>
          <w:tcPr>
            <w:tcW w:type="dxa" w:w="9972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https://vorlagenfy.com/rucktrittsschreiben-verein-vorlage/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rucktrittsschreiben-verein-vorlage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