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KÜNDIGUNGSFRIST FÜR REWE-VERTRAG</w:t>
      </w:r>
    </w:p>
    <w:p/>
    <w:p>
      <w:r>
        <w:rPr>
          <w:b/>
          <w:sz w:val="20"/>
        </w:rPr>
        <w:t>Hiermit kündige ich meinen Vertrag mit der Firma REWE fristgerecht zum nächstmöglichen Zeitpunkt.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REWE Markt GmbH</w:t>
      </w:r>
    </w:p>
    <w:p>
      <w:r>
        <w:rPr>
          <w:b w:val="0"/>
          <w:sz w:val="20"/>
        </w:rPr>
        <w:t>Kundenservice / Vertragsabteilung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Straße und Hausnummer : _____________________________________________</w:t>
      </w:r>
    </w:p>
    <w:p>
      <w:r>
        <w:rPr>
          <w:b w:val="0"/>
          <w:sz w:val="20"/>
        </w:rPr>
        <w:t>PLZ und Ort : _______________________________________________________</w:t>
      </w:r>
    </w:p>
    <w:p>
      <w:r>
        <w:rPr>
          <w:b w:val="0"/>
          <w:sz w:val="20"/>
        </w:rPr>
        <w:t>Kundennummer (falls vorhanden) : _____________________________________</w:t>
      </w:r>
    </w:p>
    <w:p/>
    <w:p>
      <w:r>
        <w:rPr>
          <w:b/>
          <w:sz w:val="20"/>
        </w:rPr>
        <w:t>Kündigung :</w:t>
      </w:r>
    </w:p>
    <w:p>
      <w:r>
        <w:rPr>
          <w:b w:val="0"/>
          <w:sz w:val="20"/>
        </w:rPr>
        <w:t>Hiermit kündige ich meinen Vertrag bei REWE fristgerecht und bitte um eine schriftliche Bestätigung des Kündigungstermins sowie eventuell anfallender Folgekosten.</w:t>
      </w:r>
    </w:p>
    <w:p/>
    <w:p>
      <w:r>
        <w:rPr>
          <w:b w:val="0"/>
          <w:sz w:val="20"/>
        </w:rPr>
        <w:t>Bitte bestätigen Sie mir ebenfalls, dass keine weiteren Verpflichtungen aus dem Vertrag bestehen. Eventuell vorhandene Guthaben oder Rückzahlungen bitte ich, auf mein bekanntes Konto zu überweisen.</w:t>
      </w:r>
    </w:p>
    <w:p/>
    <w:p>
      <w:r>
        <w:rPr>
          <w:b/>
          <w:sz w:val="20"/>
        </w:rPr>
        <w:t>Rechtliches :</w:t>
      </w:r>
    </w:p>
    <w:p>
      <w:r>
        <w:rPr>
          <w:b w:val="0"/>
          <w:sz w:val="20"/>
        </w:rPr>
        <w:t>Die Kündigung erfolgt unter Einhaltung der vertraglich vereinbarten Kündigungsfrist. Sollte im Vertrag keine Frist geregelt sein, gilt die gesetzliche Kündigungsfrist.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    Datum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https://vorlagenfy.com/rewe-kundigungsfrist/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rewe-kundigungsfrist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