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RESERVIERUNGSVEREINBARUNG IMMOBILIE</w:t>
      </w:r>
    </w:p>
    <w:p/>
    <w:p>
      <w:r>
        <w:rPr>
          <w:b/>
          <w:sz w:val="20"/>
        </w:rPr>
        <w:t>Zwischen</w:t>
      </w:r>
    </w:p>
    <w:p>
      <w:r>
        <w:rPr>
          <w:b/>
          <w:sz w:val="20"/>
        </w:rPr>
        <w:t>Verkäufer / Eigentümer :</w:t>
      </w:r>
    </w:p>
    <w:p>
      <w:r>
        <w:rPr>
          <w:b w:val="0"/>
          <w:sz w:val="20"/>
        </w:rPr>
        <w:t>Name : 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</w:t>
      </w:r>
    </w:p>
    <w:p>
      <w:r>
        <w:rPr>
          <w:b w:val="0"/>
          <w:sz w:val="20"/>
        </w:rPr>
        <w:t>Telefonnummer : ___________________________________________________</w:t>
      </w:r>
    </w:p>
    <w:p/>
    <w:p>
      <w:pPr>
        <w:jc w:val="center"/>
      </w:pPr>
      <w:r>
        <w:rPr>
          <w:b w:val="0"/>
          <w:sz w:val="20"/>
        </w:rPr>
        <w:t>und</w:t>
      </w:r>
    </w:p>
    <w:p/>
    <w:p>
      <w:r>
        <w:rPr>
          <w:b/>
          <w:sz w:val="20"/>
        </w:rPr>
        <w:t>Interessent / Käufer :</w:t>
      </w:r>
    </w:p>
    <w:p>
      <w:r>
        <w:rPr>
          <w:b w:val="0"/>
          <w:sz w:val="20"/>
        </w:rPr>
        <w:t>Name : 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</w:t>
      </w:r>
    </w:p>
    <w:p>
      <w:r>
        <w:rPr>
          <w:b w:val="0"/>
          <w:sz w:val="20"/>
        </w:rPr>
        <w:t>Telefonnummer : ___________________________________________________</w:t>
      </w:r>
    </w:p>
    <w:p/>
    <w:p>
      <w:r>
        <w:rPr>
          <w:b/>
          <w:sz w:val="20"/>
        </w:rPr>
        <w:t>Objektbeschreibung :</w:t>
      </w:r>
    </w:p>
    <w:p>
      <w:r>
        <w:rPr>
          <w:b w:val="0"/>
          <w:sz w:val="20"/>
        </w:rPr>
        <w:t>Adresse : _________________________________________________________</w:t>
      </w:r>
    </w:p>
    <w:p>
      <w:r>
        <w:rPr>
          <w:b w:val="0"/>
          <w:sz w:val="20"/>
        </w:rPr>
        <w:t>Art der Immobilie : _______________________________________________</w:t>
      </w:r>
    </w:p>
    <w:p>
      <w:r>
        <w:rPr>
          <w:b w:val="0"/>
          <w:sz w:val="20"/>
        </w:rPr>
        <w:t>Grundstücksgröße : _______________________________________________</w:t>
      </w:r>
    </w:p>
    <w:p>
      <w:r>
        <w:rPr>
          <w:b w:val="0"/>
          <w:sz w:val="20"/>
        </w:rPr>
        <w:t>Wohnfläche : _____________________________________________________</w:t>
      </w:r>
    </w:p>
    <w:p>
      <w:r>
        <w:rPr>
          <w:b w:val="0"/>
          <w:sz w:val="20"/>
        </w:rPr>
        <w:t>Baujahr : ________________________________________________________</w:t>
      </w:r>
    </w:p>
    <w:p/>
    <w:p>
      <w:r>
        <w:rPr>
          <w:b/>
          <w:sz w:val="20"/>
        </w:rPr>
        <w:t>Reservierungsvereinbarung :</w:t>
      </w:r>
    </w:p>
    <w:p>
      <w:r>
        <w:rPr>
          <w:b w:val="0"/>
          <w:sz w:val="20"/>
        </w:rPr>
        <w:t>Der Interessent bekundet hiermit sein ernsthaftes Interesse, die oben genannte Immobilie zu kaufen.</w:t>
      </w:r>
    </w:p>
    <w:p>
      <w:r>
        <w:rPr>
          <w:b w:val="0"/>
          <w:sz w:val="20"/>
        </w:rPr>
        <w:t>Zur Exklusivität der Verhandlungen zahlt der Interessent eine Reservierungsgebühr in Höhe von _______________ EUR.</w:t>
      </w:r>
    </w:p>
    <w:p>
      <w:r>
        <w:rPr>
          <w:b w:val="0"/>
          <w:sz w:val="20"/>
        </w:rPr>
        <w:t>Diese Reservierungsgebühr wird im Falle eines späteren Kaufvertrags auf den Kaufpreis angerechnet.</w:t>
      </w:r>
    </w:p>
    <w:p>
      <w:r>
        <w:rPr>
          <w:b w:val="0"/>
          <w:sz w:val="20"/>
        </w:rPr>
        <w:t>Die Reservierungsgebühr ist nicht erstattungsfähig, sofern der Interessent ohne gültigen Grund vom Kauf zurücktritt.</w:t>
      </w:r>
    </w:p>
    <w:p/>
    <w:p>
      <w:r>
        <w:rPr>
          <w:b/>
          <w:sz w:val="20"/>
        </w:rPr>
        <w:t>Dauer der Reservierung :</w:t>
      </w:r>
    </w:p>
    <w:p>
      <w:r>
        <w:rPr>
          <w:b w:val="0"/>
          <w:sz w:val="20"/>
        </w:rPr>
        <w:t>Die Reservierung gilt für die Dauer von _______________ Tagen ab Unterzeichnung dieser Vereinbarung.</w:t>
      </w:r>
    </w:p>
    <w:p>
      <w:r>
        <w:rPr>
          <w:b w:val="0"/>
          <w:sz w:val="20"/>
        </w:rPr>
        <w:t>Innerhalb dieser Frist verpflichtet sich der Verkäufer, die Immobilie nicht an Dritte zu veräußern.</w:t>
      </w:r>
    </w:p>
    <w:p/>
    <w:p>
      <w:r>
        <w:rPr>
          <w:b/>
          <w:sz w:val="20"/>
        </w:rPr>
        <w:t>Rechte und Pflichten der Parteien :</w:t>
      </w:r>
    </w:p>
    <w:p>
      <w:r>
        <w:rPr>
          <w:b w:val="0"/>
          <w:sz w:val="20"/>
        </w:rPr>
        <w:t>Der Verkäufer verpflichtet sich, während der Reservierungsdauer keine anderen Verkaufsverhandlungen zu führen.</w:t>
      </w:r>
    </w:p>
    <w:p>
      <w:r>
        <w:rPr>
          <w:b w:val="0"/>
          <w:sz w:val="20"/>
        </w:rPr>
        <w:t>Der Interessent verpflichtet sich, die Reservierungsgebühr fristgerecht zu zahlen und ernsthafte Verhandlungen zu führen.</w:t>
      </w:r>
    </w:p>
    <w:p/>
    <w:p>
      <w:r>
        <w:rPr>
          <w:b/>
          <w:sz w:val="20"/>
        </w:rPr>
        <w:t>Datenschutz :</w:t>
      </w:r>
    </w:p>
    <w:p>
      <w:r>
        <w:rPr>
          <w:b w:val="0"/>
          <w:sz w:val="20"/>
        </w:rPr>
        <w:t>Beide Parteien stimmen zu, dass persönliche Daten ausschließlich zur Vertragsabwicklung verwendet werden.</w:t>
      </w:r>
    </w:p>
    <w:p>
      <w:r>
        <w:rPr>
          <w:b w:val="0"/>
          <w:sz w:val="20"/>
        </w:rPr>
        <w:t>Eine Weitergabe an Dritte erfolgt nicht ohne ausdrückliche Zustimmung.</w:t>
      </w:r>
    </w:p>
    <w:p/>
    <w:p>
      <w:r>
        <w:rPr>
          <w:b/>
          <w:sz w:val="20"/>
        </w:rPr>
        <w:t>Schlussbestimmungen :</w:t>
      </w:r>
    </w:p>
    <w:p>
      <w:r>
        <w:rPr>
          <w:b w:val="0"/>
          <w:sz w:val="20"/>
        </w:rPr>
        <w:t>Änderungen und Ergänzungen dieser Vereinbarung bedürfen der Schriftform.</w:t>
      </w:r>
    </w:p>
    <w:p>
      <w:r>
        <w:rPr>
          <w:b w:val="0"/>
          <w:sz w:val="20"/>
        </w:rPr>
        <w:t>Sollten einzelne Bestimmungen dieser Vereinbarung unwirksam sein, bleibt die Wirksamkeit der übrigen Bestimmungen unberührt.</w:t>
      </w:r>
    </w:p>
    <w:p>
      <w:r>
        <w:rPr>
          <w:b w:val="0"/>
          <w:sz w:val="20"/>
        </w:rPr>
        <w:t>Es gilt deutsches Recht. Gerichtsstand ist der Sitz des Verkäufers.</w:t>
      </w:r>
    </w:p>
    <w:p/>
    <w:p/>
    <w:p>
      <w:r>
        <w:rPr>
          <w:b w:val="0"/>
          <w:sz w:val="20"/>
        </w:rPr>
        <w:t>Ort : _______________________________________________________________</w:t>
      </w:r>
    </w:p>
    <w:p>
      <w:r>
        <w:rPr>
          <w:b w:val="0"/>
          <w:sz w:val="20"/>
        </w:rPr>
        <w:t>Datum : 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VERKÄUFER / EIGENTÜMER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INTERESSENT / KÄUFER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https://vorlagenfy.com/reservierungsvereinbarung-immobilie-privat-muster/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reservierungsvereinbarung-immobilie-privat-muster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