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RECHTSVERBINDLICHE ERKLÄRUNG</w:t>
      </w:r>
    </w:p>
    <w:p/>
    <w:p>
      <w:r>
        <w:rPr>
          <w:b/>
          <w:sz w:val="20"/>
        </w:rPr>
        <w:t>Angaben der erklärenden Person:</w:t>
      </w:r>
    </w:p>
    <w:p>
      <w:r>
        <w:rPr>
          <w:b w:val="0"/>
          <w:sz w:val="20"/>
        </w:rPr>
        <w:t>Vor- und Nachname : _______________________________________________</w:t>
      </w:r>
    </w:p>
    <w:p>
      <w:r>
        <w:rPr>
          <w:b w:val="0"/>
          <w:sz w:val="20"/>
        </w:rPr>
        <w:t>Geburtsdatum : 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Hiermit erkläre ich ausdrücklich und verbindlich:</w:t>
      </w:r>
    </w:p>
    <w:p>
      <w:r>
        <w:rPr>
          <w:b w:val="0"/>
          <w:sz w:val="20"/>
        </w:rPr>
        <w:t>1. Ich habe die vorliegende Rechtsverbindliche Erklärung vollständig gelesen, verstanden und akzeptiere deren Inhalt.</w:t>
      </w:r>
    </w:p>
    <w:p>
      <w:r>
        <w:rPr>
          <w:b w:val="0"/>
          <w:sz w:val="20"/>
        </w:rPr>
        <w:t>2. Mir ist bewusst, dass diese Erklärung rechtliche Folgen hat und verbindlich ist.</w:t>
      </w:r>
    </w:p>
    <w:p>
      <w:r>
        <w:rPr>
          <w:b w:val="0"/>
          <w:sz w:val="20"/>
        </w:rPr>
        <w:t>3. Ich bestätige, dass ich diese Erklärung ohne Zwang abgegeben habe und alle Angaben wahrheitsgemäß sind.</w:t>
      </w:r>
    </w:p>
    <w:p>
      <w:r>
        <w:rPr>
          <w:b w:val="0"/>
          <w:sz w:val="20"/>
        </w:rPr>
        <w:t>4. Ich verpflichte mich, alle in dieser Erklärung genannten Verpflichtungen einzuhalten.</w:t>
      </w:r>
    </w:p>
    <w:p/>
    <w:p>
      <w:r>
        <w:rPr>
          <w:b/>
          <w:sz w:val="20"/>
        </w:rPr>
        <w:t>Rechtliche Hinweise:</w:t>
      </w:r>
    </w:p>
    <w:p>
      <w:r>
        <w:rPr>
          <w:b w:val="0"/>
          <w:sz w:val="20"/>
        </w:rPr>
        <w:t>Diese Erklärung ersetzt keine individuelle Rechtsberatung. Für weitergehende rechtliche Fragen wird empfohlen, einen Rechtsanwalt zu konsultieren.</w:t>
      </w:r>
    </w:p>
    <w:p>
      <w:r>
        <w:rPr>
          <w:b w:val="0"/>
          <w:sz w:val="20"/>
        </w:rPr>
        <w:t>Die Erklärung gilt als von der unterzeichnenden Person eigenhändig unterschrieben und ist rechtsverbindlich.</w:t>
      </w:r>
    </w:p>
    <w:p/>
    <w:p>
      <w:r>
        <w:rPr>
          <w:b w:val="0"/>
          <w:sz w:val="20"/>
        </w:rPr>
        <w:t>Ort : 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der erklärenden Person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https://vorlagenfy.com/rechtsverbindliche-erklarung-vorlage/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rechtsverbindliche-erklarung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