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RATENVERTRAG</w:t>
      </w:r>
    </w:p>
    <w:p/>
    <w:p>
      <w:r>
        <w:rPr>
          <w:b/>
          <w:sz w:val="20"/>
        </w:rPr>
        <w:t>Verkäufer / Gläubiger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Käufer / Schuldner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Vertragsgegenstand :</w:t>
      </w:r>
    </w:p>
    <w:p>
      <w:r>
        <w:rPr>
          <w:b w:val="0"/>
          <w:sz w:val="20"/>
        </w:rPr>
        <w:t>Der Verkäufer verkauft dem Käufer das folgende Objekt / die folgende Ware zu den nachstehenden Bedingungen in Raten: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Gesamtpreis : _________________ EUR</w:t>
      </w:r>
    </w:p>
    <w:p>
      <w:r>
        <w:rPr>
          <w:b w:val="0"/>
          <w:sz w:val="20"/>
        </w:rPr>
        <w:t>Anzahlung : _________________ EUR</w:t>
      </w:r>
    </w:p>
    <w:p>
      <w:r>
        <w:rPr>
          <w:b w:val="0"/>
          <w:sz w:val="20"/>
        </w:rPr>
        <w:t>Restsumme : _________________ EUR</w:t>
      </w:r>
    </w:p>
    <w:p>
      <w:r>
        <w:rPr>
          <w:b w:val="0"/>
          <w:sz w:val="20"/>
        </w:rPr>
        <w:t>Anzahl der Raten : _________________</w:t>
      </w:r>
    </w:p>
    <w:p>
      <w:r>
        <w:rPr>
          <w:b w:val="0"/>
          <w:sz w:val="20"/>
        </w:rPr>
        <w:t>Höhe der einzelnen Rate : _________________ EUR</w:t>
      </w:r>
    </w:p>
    <w:p>
      <w:r>
        <w:rPr>
          <w:b w:val="0"/>
          <w:sz w:val="20"/>
        </w:rPr>
        <w:t>Fälligkeit der Raten : jeweils zum ____________________________ eines jeden Monats</w:t>
      </w:r>
    </w:p>
    <w:p/>
    <w:p>
      <w:r>
        <w:rPr>
          <w:b/>
          <w:sz w:val="20"/>
        </w:rPr>
        <w:t>Eigentumsvorbehalt :</w:t>
      </w:r>
    </w:p>
    <w:p>
      <w:r>
        <w:rPr>
          <w:b w:val="0"/>
          <w:sz w:val="20"/>
        </w:rPr>
        <w:t>Das Eigentum an der Kaufsache geht erst mit vollständiger Bezahlung des Kaufpreises auf den Käufer über.</w:t>
      </w:r>
    </w:p>
    <w:p/>
    <w:p>
      <w:r>
        <w:rPr>
          <w:b/>
          <w:sz w:val="20"/>
        </w:rPr>
        <w:t>Pflichten des Käufers :</w:t>
      </w:r>
    </w:p>
    <w:p>
      <w:r>
        <w:rPr>
          <w:b w:val="0"/>
          <w:sz w:val="20"/>
        </w:rPr>
        <w:t>Der Käufer verpflichtet sich, die Raten fristgerecht und vollständig zu zahlen.</w:t>
      </w:r>
    </w:p>
    <w:p>
      <w:r>
        <w:rPr>
          <w:b w:val="0"/>
          <w:sz w:val="20"/>
        </w:rPr>
        <w:t>Bei Zahlungsverzug ist der Verkäufer berechtigt, Verzugszinsen in gesetzlicher Höhe zu verlangen.</w:t>
      </w:r>
    </w:p>
    <w:p/>
    <w:p>
      <w:r>
        <w:rPr>
          <w:b/>
          <w:sz w:val="20"/>
        </w:rPr>
        <w:t>Rücktritt und Kündigung :</w:t>
      </w:r>
    </w:p>
    <w:p>
      <w:r>
        <w:rPr>
          <w:b w:val="0"/>
          <w:sz w:val="20"/>
        </w:rPr>
        <w:t>Bei Zahlungsverzug von mehr als zwei aufeinanderfolgenden Raten ist der Verkäufer berechtigt, vom Vertrag zurückzutreten und sofortige Zahlung der Restschuld zu verlangen.</w:t>
      </w:r>
    </w:p>
    <w:p/>
    <w:p>
      <w:r>
        <w:rPr>
          <w:b/>
          <w:sz w:val="20"/>
        </w:rPr>
        <w:t>Salvatorische Klausel :</w:t>
      </w:r>
    </w:p>
    <w:p>
      <w:r>
        <w:rPr>
          <w:b w:val="0"/>
          <w:sz w:val="20"/>
        </w:rPr>
        <w:t>Sollten einzelne Bestimmungen dieses Vertrages unwirksam sein oder werden, so bleibt die Wirksamkeit der übrigen Bestimmungen unberührt.</w:t>
      </w:r>
    </w:p>
    <w:p/>
    <w:p>
      <w:r>
        <w:rPr>
          <w:b/>
          <w:sz w:val="20"/>
        </w:rPr>
        <w:t>Gerichtsstand :</w:t>
      </w:r>
    </w:p>
    <w:p>
      <w:r>
        <w:rPr>
          <w:b w:val="0"/>
          <w:sz w:val="20"/>
        </w:rPr>
        <w:t>Gerichtsstand für alle Streitigkeiten aus diesem Vertrag ist der Sitz des Verkäufers, soweit gesetzlich zulässig.</w:t>
      </w:r>
    </w:p>
    <w:p/>
    <w:p/>
    <w:p>
      <w:r>
        <w:rPr>
          <w:b w:val="0"/>
          <w:sz w:val="20"/>
        </w:rPr>
        <w:t>Ort : ___________________________________________________</w:t>
      </w:r>
    </w:p>
    <w:p>
      <w:r>
        <w:rPr>
          <w:b w:val="0"/>
          <w:sz w:val="20"/>
        </w:rPr>
        <w:t>Datum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 / GLÄUBIGER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 / SCHULDNER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https://vorlagenfy.com/ratenvertrag/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ratenvertrag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