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POSTBOTEN ZETTEL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Telefonnummer : 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Telefonnummer : __________________________________________</w:t>
      </w:r>
    </w:p>
    <w:p/>
    <w:p>
      <w:r>
        <w:rPr>
          <w:b/>
          <w:sz w:val="20"/>
        </w:rPr>
        <w:t>Paketinformationen:</w:t>
      </w:r>
    </w:p>
    <w:p>
      <w:r>
        <w:rPr>
          <w:b w:val="0"/>
          <w:sz w:val="20"/>
        </w:rPr>
        <w:t>Sendungsnummer : ________________________________________</w:t>
      </w:r>
    </w:p>
    <w:p>
      <w:r>
        <w:rPr>
          <w:b w:val="0"/>
          <w:sz w:val="20"/>
        </w:rPr>
        <w:t>Inhalt : _________________________________________________</w:t>
      </w:r>
    </w:p>
    <w:p>
      <w:r>
        <w:rPr>
          <w:b w:val="0"/>
          <w:sz w:val="20"/>
        </w:rPr>
        <w:t>Gewicht : _________________ kg</w:t>
      </w:r>
    </w:p>
    <w:p>
      <w:r>
        <w:rPr>
          <w:b w:val="0"/>
          <w:sz w:val="20"/>
        </w:rPr>
        <w:t>Besondere Hinweise : ______________________________________</w:t>
      </w:r>
    </w:p>
    <w:p/>
    <w:p>
      <w:r>
        <w:rPr>
          <w:b/>
          <w:sz w:val="20"/>
        </w:rPr>
        <w:t>Zustellversuch:</w:t>
      </w:r>
    </w:p>
    <w:p>
      <w:r>
        <w:rPr>
          <w:b w:val="0"/>
          <w:sz w:val="20"/>
        </w:rPr>
        <w:t>Datum und Uhrzeit des Zustellversuchs : __________________</w:t>
      </w:r>
    </w:p>
    <w:p>
      <w:r>
        <w:rPr>
          <w:b w:val="0"/>
          <w:sz w:val="20"/>
        </w:rPr>
        <w:t>Zustellversuch angestellt bei : ___________________________</w:t>
      </w:r>
    </w:p>
    <w:p>
      <w:r>
        <w:rPr>
          <w:b w:val="0"/>
          <w:sz w:val="20"/>
        </w:rPr>
        <w:t>Hinweis hinterlassen am : _________________________________</w:t>
      </w:r>
    </w:p>
    <w:p/>
    <w:p>
      <w:r>
        <w:rPr>
          <w:b/>
          <w:sz w:val="20"/>
        </w:rPr>
        <w:t>Abholung durch Empfänger erforderlich:</w:t>
      </w:r>
    </w:p>
    <w:p>
      <w:r>
        <w:rPr>
          <w:b w:val="0"/>
          <w:sz w:val="20"/>
        </w:rPr>
        <w:t>Ort der Abholung : _________________________________________</w:t>
      </w:r>
    </w:p>
    <w:p>
      <w:r>
        <w:rPr>
          <w:b w:val="0"/>
          <w:sz w:val="20"/>
        </w:rPr>
        <w:t>Fristen zur Abholung : _____________________________________</w:t>
      </w:r>
    </w:p>
    <w:p/>
    <w:p>
      <w:r>
        <w:rPr>
          <w:b/>
          <w:sz w:val="20"/>
        </w:rPr>
        <w:t>Unterschrift des Postboten :</w:t>
      </w:r>
    </w:p>
    <w:p/>
    <w:p/>
    <w:p/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Unterschrift des Empfängers bei Abholung :</w:t>
      </w:r>
    </w:p>
    <w:p/>
    <w:p/>
    <w:p/>
    <w:p>
      <w:r>
        <w:rPr>
          <w:b w:val="0"/>
          <w:sz w:val="20"/>
        </w:rPr>
        <w:t>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Bemerkungen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https://vorlagenfy.com/postboten-zettel-schreiben-muster/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postboten-zettel-schreib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