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MEINES POSTBANK-KONTOS</w:t>
      </w:r>
    </w:p>
    <w:p/>
    <w:p>
      <w:r>
        <w:rPr>
          <w:b w:val="0"/>
          <w:sz w:val="20"/>
        </w:rPr>
        <w:t>Postbank – Niederlassung der Deutsche Bank AG</w:t>
      </w:r>
    </w:p>
    <w:p>
      <w:r>
        <w:rPr>
          <w:b w:val="0"/>
          <w:sz w:val="20"/>
        </w:rPr>
        <w:t>Postfach 10 06 02</w:t>
      </w:r>
    </w:p>
    <w:p>
      <w:r>
        <w:rPr>
          <w:b w:val="0"/>
          <w:sz w:val="20"/>
        </w:rPr>
        <w:t>40001 Düsseldorf</w:t>
      </w:r>
    </w:p>
    <w:p/>
    <w:p/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Straße und Hausnummer : ______________________________________________</w:t>
      </w:r>
    </w:p>
    <w:p>
      <w:r>
        <w:rPr>
          <w:b w:val="0"/>
          <w:sz w:val="20"/>
        </w:rPr>
        <w:t>PLZ und Ort : ________________________________________________________</w:t>
      </w:r>
    </w:p>
    <w:p>
      <w:r>
        <w:rPr>
          <w:b w:val="0"/>
          <w:sz w:val="20"/>
        </w:rPr>
        <w:t>Kontonummer / IBAN : 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oben genanntes Konto bei der Postbank fristgerecht zum nächstmöglichen Zeitpunkt. Bitte bestätigen Sie mir die Kündigung schriftlich und teilen Sie mir das Datum der Kontoauflösung mit.</w:t>
      </w:r>
    </w:p>
    <w:p/>
    <w:p>
      <w:r>
        <w:rPr>
          <w:b w:val="0"/>
          <w:sz w:val="20"/>
        </w:rPr>
        <w:t>Ich bitte Sie zudem, eventuell noch vorhandenes Guthaben auf folgendes Konto zu überweisen:</w:t>
      </w:r>
    </w:p>
    <w:p>
      <w:r>
        <w:rPr>
          <w:b w:val="0"/>
          <w:sz w:val="20"/>
        </w:rPr>
        <w:t>IBAN: ________________________________________________________________</w:t>
      </w:r>
    </w:p>
    <w:p>
      <w:r>
        <w:rPr>
          <w:b w:val="0"/>
          <w:sz w:val="20"/>
        </w:rPr>
        <w:t>BIC: _________________________________________________________________</w:t>
      </w:r>
    </w:p>
    <w:p/>
    <w:p>
      <w:r>
        <w:rPr>
          <w:b w:val="0"/>
          <w:sz w:val="20"/>
        </w:rPr>
        <w:t>Bitte sehen Sie von Rückwerbeversuchen oder Angeboten ab, ich möchte keine weiteren Werbeanrufe oder Anschreiben erhalten.</w:t>
      </w:r>
    </w:p>
    <w:p/>
    <w:p/>
    <w:p>
      <w:r>
        <w:rPr>
          <w:b w:val="0"/>
          <w:sz w:val="20"/>
        </w:rPr>
        <w:t>Ort : ____________________________________    Datum : ____________________</w:t>
      </w:r>
    </w:p>
    <w:p/>
    <w:p/>
    <w:p/>
    <w:p>
      <w:r>
        <w:rPr>
          <w:b w:val="0"/>
          <w:sz w:val="20"/>
        </w:rPr>
        <w:t>Unterschrift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Vielen Dank für die Zusammenarbeit.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https://vorlagenfy.com/postbank-konto-kundigen-vorlage/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postbank-konto-kundigen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