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KÜNDIGUNG PAYBACK CARD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 und Hausnummer : ____________________________________________</w:t>
      </w:r>
    </w:p>
    <w:p>
      <w:r>
        <w:rPr>
          <w:b w:val="0"/>
          <w:sz w:val="20"/>
        </w:rPr>
        <w:t>PLZ und Ort : _____________________________________________________</w:t>
      </w:r>
    </w:p>
    <w:p>
      <w:r>
        <w:rPr>
          <w:b w:val="0"/>
          <w:sz w:val="20"/>
        </w:rPr>
        <w:t>E-Mail-Adresse : _________________________________________________</w:t>
      </w:r>
    </w:p>
    <w:p>
      <w:r>
        <w:rPr>
          <w:b w:val="0"/>
          <w:sz w:val="20"/>
        </w:rPr>
        <w:t>Kundennummer : 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Payback GmbH</w:t>
      </w:r>
    </w:p>
    <w:p>
      <w:r>
        <w:rPr>
          <w:b w:val="0"/>
          <w:sz w:val="20"/>
        </w:rPr>
        <w:t>Postfach 60 01 50</w:t>
      </w:r>
    </w:p>
    <w:p>
      <w:r>
        <w:rPr>
          <w:b w:val="0"/>
          <w:sz w:val="20"/>
        </w:rPr>
        <w:t>81601 München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meiner Payback Card – Kundennummer: 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Payback Card mit der oben genannten Kundennummer fristgerecht und ordentlich zum nächstmöglichen Zeitpunkt.</w:t>
      </w:r>
    </w:p>
    <w:p>
      <w:r>
        <w:rPr>
          <w:b w:val="0"/>
          <w:sz w:val="20"/>
        </w:rPr>
        <w:t>Bitte bestätigen Sie mir die Kündigung schriftlich und teilen Sie mir das Datum der Vertragsbeendigung mit.</w:t>
      </w:r>
    </w:p>
    <w:p/>
    <w:p>
      <w:r>
        <w:rPr>
          <w:b w:val="0"/>
          <w:sz w:val="20"/>
        </w:rPr>
        <w:t>Sollten Sie weitere Unterlagen benötigen, bitte ich um kurze Mitteilung.</w:t>
      </w:r>
    </w:p>
    <w:p/>
    <w:p>
      <w:r>
        <w:rPr>
          <w:b w:val="0"/>
          <w:sz w:val="20"/>
        </w:rPr>
        <w:t>Des Weiteren bitte ich um Löschung meiner personenbezogenen Daten, soweit dem keine gesetzlichen Aufbewahrungspflichten entgegenstehen.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(Unterschrift)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https://vorlagenfy.com/payback-kundigen-musterbrief/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payback-kundigen-musterbrief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