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center"/>
      </w:pPr>
      <w:r>
        <w:rPr>
          <w:b/>
          <w:sz w:val="20"/>
        </w:rPr>
        <w:t>MUSTER - OPTIONSRECHT AUSÜBEN</w:t>
      </w:r>
    </w:p>
    <w:p/>
    <w:p>
      <w:r>
        <w:rPr>
          <w:b/>
          <w:sz w:val="20"/>
        </w:rPr>
        <w:t>Verkäufer 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Käufer (Optionsberechtigter) :</w:t>
      </w:r>
    </w:p>
    <w:p>
      <w:r>
        <w:rPr>
          <w:b w:val="0"/>
          <w:sz w:val="20"/>
        </w:rPr>
        <w:t>Name : ________________________________________________________________</w:t>
      </w:r>
    </w:p>
    <w:p>
      <w:r>
        <w:rPr>
          <w:b w:val="0"/>
          <w:sz w:val="20"/>
        </w:rPr>
        <w:t>Anschrift : ____________________________________________________________</w:t>
      </w:r>
    </w:p>
    <w:p>
      <w:r>
        <w:rPr>
          <w:b w:val="0"/>
          <w:sz w:val="20"/>
        </w:rPr>
        <w:t>Telefonnummer : _______________________________________________________</w:t>
      </w:r>
    </w:p>
    <w:p/>
    <w:p>
      <w:r>
        <w:rPr>
          <w:b/>
          <w:sz w:val="20"/>
        </w:rPr>
        <w:t>Vertragsgegenstand :</w:t>
      </w:r>
    </w:p>
    <w:p>
      <w:r>
        <w:rPr>
          <w:b w:val="0"/>
          <w:sz w:val="20"/>
        </w:rPr>
        <w:t>Der Verkäufer räumt dem Käufer ein Optionsrecht auf den Erwerb folgender Sache ein: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Ausübung der Option :</w:t>
      </w:r>
    </w:p>
    <w:p>
      <w:r>
        <w:rPr>
          <w:b w:val="0"/>
          <w:sz w:val="20"/>
        </w:rPr>
        <w:t>Der Käufer ist berechtigt, das Optionsrecht bis spätestens ___________________ auszuüben.</w:t>
      </w:r>
    </w:p>
    <w:p>
      <w:r>
        <w:rPr>
          <w:b w:val="0"/>
          <w:sz w:val="20"/>
        </w:rPr>
        <w:t>Die Ausübung erfolgt schriftlich gegenüber dem Verkäufer.</w:t>
      </w:r>
    </w:p>
    <w:p/>
    <w:p>
      <w:r>
        <w:rPr>
          <w:b/>
          <w:sz w:val="20"/>
        </w:rPr>
        <w:t>Kaufpreis :</w:t>
      </w:r>
    </w:p>
    <w:p>
      <w:r>
        <w:rPr>
          <w:b w:val="0"/>
          <w:sz w:val="20"/>
        </w:rPr>
        <w:t>Der Kaufpreis beträgt __________________________________________ EUR und ist bei Ausübung der Option fällig.</w:t>
      </w:r>
    </w:p>
    <w:p/>
    <w:p>
      <w:r>
        <w:rPr>
          <w:b/>
          <w:sz w:val="20"/>
        </w:rPr>
        <w:t>Zustand der Sache :</w:t>
      </w:r>
    </w:p>
    <w:p>
      <w:r>
        <w:rPr>
          <w:b w:val="0"/>
          <w:sz w:val="20"/>
        </w:rPr>
        <w:t>Der Verkäufer sichert zu, dass die Sache zum Zeitpunkt der Optionserteilung frei von Rechten Dritter ist und sich in folgendem Zustand befindet: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Gewährleistung :</w:t>
      </w:r>
    </w:p>
    <w:p>
      <w:r>
        <w:rPr>
          <w:b w:val="0"/>
          <w:sz w:val="20"/>
        </w:rPr>
        <w:t>Der Verkäufer haftet für Sachmängel nach den gesetzlichen Vorschriften, soweit nicht ausdrücklich etwas anderes vereinbart wurde.</w:t>
      </w:r>
    </w:p>
    <w:p/>
    <w:p>
      <w:r>
        <w:rPr>
          <w:b/>
          <w:sz w:val="20"/>
        </w:rPr>
        <w:t>Eigentumsübertragung :</w:t>
      </w:r>
    </w:p>
    <w:p>
      <w:r>
        <w:rPr>
          <w:b w:val="0"/>
          <w:sz w:val="20"/>
        </w:rPr>
        <w:t>Das Eigentum an der Sache geht mit vollständiger Kaufpreiszahlung und Unterzeichnung des Kaufvertrages auf den Käufer über.</w:t>
      </w:r>
    </w:p>
    <w:p/>
    <w:p>
      <w:r>
        <w:rPr>
          <w:b/>
          <w:sz w:val="20"/>
        </w:rPr>
        <w:t>Kosten und Nebensachen :</w:t>
      </w:r>
    </w:p>
    <w:p>
      <w:r>
        <w:rPr>
          <w:b w:val="0"/>
          <w:sz w:val="20"/>
        </w:rPr>
        <w:t>Alle mit der Ausübung der Option verbundenen Kosten trägt ____________________ (z.B. Käufer oder Verkäufer).</w:t>
      </w:r>
    </w:p>
    <w:p/>
    <w:p>
      <w:r>
        <w:rPr>
          <w:b/>
          <w:sz w:val="20"/>
        </w:rPr>
        <w:t>Sonstige Vereinbarungen :</w:t>
      </w:r>
    </w:p>
    <w:p>
      <w:r>
        <w:rPr>
          <w:b w:val="0"/>
          <w:sz w:val="20"/>
        </w:rPr>
        <w:t>______________________________________________________________________</w:t>
      </w:r>
    </w:p>
    <w:p>
      <w:r>
        <w:rPr>
          <w:b w:val="0"/>
          <w:sz w:val="20"/>
        </w:rPr>
        <w:t>______________________________________________________________________</w:t>
      </w:r>
    </w:p>
    <w:p/>
    <w:p>
      <w:r>
        <w:rPr>
          <w:b/>
          <w:sz w:val="20"/>
        </w:rPr>
        <w:t>Schlussbestimmungen :</w:t>
      </w:r>
    </w:p>
    <w:p>
      <w:r>
        <w:rPr>
          <w:b w:val="0"/>
          <w:sz w:val="20"/>
        </w:rPr>
        <w:t>Sollten einzelne Bestimmungen dieses Vertrags unwirksam sein oder werden, bleibt die Wirksamkeit der übrigen Bestimmungen unberührt.</w:t>
      </w:r>
    </w:p>
    <w:p>
      <w:r>
        <w:rPr>
          <w:b w:val="0"/>
          <w:sz w:val="20"/>
        </w:rPr>
        <w:t>Gerichtsstand ist der Sitz des Verkäufers, soweit gesetzlich zulässig.</w:t>
      </w:r>
    </w:p>
    <w:p/>
    <w:p/>
    <w:p>
      <w:r>
        <w:rPr>
          <w:b w:val="0"/>
          <w:sz w:val="20"/>
        </w:rPr>
        <w:t>Ort : ____________________________    Datum : ____________________________</w:t>
      </w:r>
    </w:p>
    <w:p/>
    <w:p/>
    <w:tbl>
      <w:tblPr>
        <w:tblW w:type="auto" w:w="0"/>
        <w:tblLayout w:type="autofit"/>
        <w:tblLook w:firstColumn="1" w:firstRow="1" w:lastColumn="0" w:lastRow="0" w:noHBand="0" w:noVBand="1" w:val="04A0"/>
      </w:tblPr>
      <w:tblGrid>
        <w:gridCol w:w="4986"/>
        <w:gridCol w:w="4986"/>
      </w:tblGrid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VERKÄUFER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KÄUFER (OPTIONSBERECHTIGTER)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br/>
              <w:br/>
              <w:t>Unterschrift : _________________________</w:t>
            </w:r>
          </w:p>
        </w:tc>
      </w:tr>
      <w:tr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  <w:tc>
          <w:tcPr>
            <w:tcW w:type="dxa" w:w="4986"/>
            <w:tcBorders>
              <w:top w:val="nil"/>
              <w:left w:val="nil"/>
              <w:bottom w:val="nil"/>
              <w:right w:val="nil"/>
              <w:insideH w:val="nil"/>
              <w:insideV w:val="nil"/>
            </w:tcBorders>
          </w:tcPr>
          <w:p>
            <w:pPr>
              <w:jc w:val="center"/>
            </w:pPr>
            <w:r>
              <w:t>Name : ________________________________</w:t>
            </w:r>
          </w:p>
        </w:tc>
      </w:tr>
    </w:tbl>
    <w:p>
      <w:r>
        <w:br w:type="page"/>
      </w:r>
    </w:p>
    <w:p>
      <w:pPr>
        <w:jc w:val="center"/>
      </w:pPr>
      <w:r>
        <w:rPr>
          <w:color w:val="555555"/>
          <w:sz w:val="24"/>
        </w:rPr>
        <w:t>Originalquelle dieses Dokuments:</w:t>
      </w:r>
    </w:p>
    <w:p>
      <w:pPr>
        <w:jc w:val="center"/>
      </w:pPr>
      <w:hyperlink r:id="rId9">
        <w:r>
          <w:rPr>
            <w:color w:val="0000FF"/>
            <w:u w:val="single"/>
          </w:rPr>
          <w:t>https://vorlagenfy.com/optionsrecht-ausuben-muster/</w:t>
        </w:r>
      </w:hyperlink>
    </w:p>
    <w:p>
      <w:pPr>
        <w:jc w:val="center"/>
      </w:pPr>
      <w:r>
        <w:rPr>
          <w:color w:val="555555"/>
          <w:sz w:val="26"/>
        </w:rPr>
        <w:t>War diese Vorlage für Sie hilfreich?</w:t>
      </w:r>
    </w:p>
    <w:p>
      <w:pPr>
        <w:jc w:val="center"/>
      </w:pPr>
      <w:r>
        <w:rPr>
          <w:color w:val="555555"/>
          <w:sz w:val="26"/>
        </w:rPr>
        <w:t>Weitere aktuelle Vorlagen finden Sie unter:</w:t>
      </w:r>
    </w:p>
    <w:p>
      <w:pPr>
        <w:jc w:val="center"/>
      </w:pPr>
      <w:hyperlink r:id="rId10">
        <w:r>
          <w:rPr>
            <w:color w:val="0000FF"/>
            <w:u w:val="single"/>
          </w:rPr>
          <w:t>https://vorlagenfy.com</w:t>
        </w:r>
      </w:hyperlink>
    </w:p>
    <w:p>
      <w:pPr>
        <w:jc w:val="center"/>
      </w:pPr>
      <w:r>
        <w:rPr>
          <w:color w:val="808080"/>
          <w:sz w:val="20"/>
        </w:rPr>
        <w:t>Diese Vorlage ist ausschließlich für den persönlichen, nicht kommerziellen Gebrauch bestimmt.</w:t>
        <w:br/>
        <w:t>Bei Weitergabe oder Veröffentlichung ist die Nennung der Quelle verpflichtend. © vorlagenfy.com</w:t>
      </w:r>
    </w:p>
    <w:sectPr w:rsidR="00FC693F" w:rsidRPr="0006063C" w:rsidSect="00034616">
      <w:pgSz w:w="12240" w:h="15840"/>
      <w:pgMar w:top="1134" w:right="1134" w:bottom="1134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yperlink" Target="https://vorlagenfy.com/optionsrecht-ausuben-muster/" TargetMode="External"/><Relationship Id="rId10" Type="http://schemas.openxmlformats.org/officeDocument/2006/relationships/hyperlink" Target="https://vorlagenf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