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VORLAGE FÜR EINEN ANSPRUCH AUF NUTZUNGSAUSFALLENTSCHÄDIGUNG</w:t>
      </w:r>
    </w:p>
    <w:p/>
    <w:p>
      <w:r>
        <w:rPr>
          <w:b/>
          <w:sz w:val="20"/>
        </w:rPr>
        <w:t>Angaben zum Geschädigten (Nutzungsberechtigter):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Angaben zum Schädiger (Verpflichteter):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Sachverhalt und Anspruchsgrundlage:</w:t>
      </w:r>
    </w:p>
    <w:p>
      <w:r>
        <w:rPr>
          <w:b w:val="0"/>
          <w:sz w:val="20"/>
        </w:rPr>
        <w:t>Der Geschädigte macht gegenüber dem Schädiger einen Anspruch auf Nutzungsausfallentschädigung geltend,</w:t>
      </w:r>
    </w:p>
    <w:p>
      <w:r>
        <w:rPr>
          <w:b w:val="0"/>
          <w:sz w:val="20"/>
        </w:rPr>
        <w:t>da ihm das Eigentum oder die Nutzung eines Fahrzeugs durch unverschuldeten Ausfall nicht möglich war.</w:t>
      </w:r>
    </w:p>
    <w:p>
      <w:r>
        <w:rPr>
          <w:b w:val="0"/>
          <w:sz w:val="20"/>
        </w:rPr>
        <w:t>Die Anspruchsgrundlage beruht auf §§ 249, 287 BGB sowie der ständigen Rechtsprechung des BGH.</w:t>
      </w:r>
    </w:p>
    <w:p/>
    <w:p>
      <w:r>
        <w:rPr>
          <w:b/>
          <w:sz w:val="20"/>
        </w:rPr>
        <w:t>Fahrzeugangaben:</w:t>
      </w:r>
    </w:p>
    <w:p>
      <w:r>
        <w:rPr>
          <w:b w:val="0"/>
          <w:sz w:val="20"/>
        </w:rPr>
        <w:t>Fahrzeugtyp / Modell : ______________________________________________</w:t>
      </w:r>
    </w:p>
    <w:p>
      <w:r>
        <w:rPr>
          <w:b w:val="0"/>
          <w:sz w:val="20"/>
        </w:rPr>
        <w:t>Kennzeichen : _______________________________________________________</w:t>
      </w:r>
    </w:p>
    <w:p>
      <w:r>
        <w:rPr>
          <w:b w:val="0"/>
          <w:sz w:val="20"/>
        </w:rPr>
        <w:t>Fahrgestellnummer : _________________________________________________</w:t>
      </w:r>
    </w:p>
    <w:p/>
    <w:p>
      <w:r>
        <w:rPr>
          <w:b/>
          <w:sz w:val="20"/>
        </w:rPr>
        <w:t>Zeitraum des Nutzungsausfalls:</w:t>
      </w:r>
    </w:p>
    <w:p>
      <w:r>
        <w:rPr>
          <w:b w:val="0"/>
          <w:sz w:val="20"/>
        </w:rPr>
        <w:t>Beginn des Nutzungsausfalls : _______________________________________</w:t>
      </w:r>
    </w:p>
    <w:p>
      <w:r>
        <w:rPr>
          <w:b w:val="0"/>
          <w:sz w:val="20"/>
        </w:rPr>
        <w:t>Ende des Nutzungsausfalls : _________________________________________</w:t>
      </w:r>
    </w:p>
    <w:p/>
    <w:p>
      <w:r>
        <w:rPr>
          <w:b/>
          <w:sz w:val="20"/>
        </w:rPr>
        <w:t>Berechnung der Nutzungsausfallentschädigung:</w:t>
      </w:r>
    </w:p>
    <w:p>
      <w:r>
        <w:rPr>
          <w:b w:val="0"/>
          <w:sz w:val="20"/>
        </w:rPr>
        <w:t>Nach den anerkannten Tabellen (z.B. Nutzungsausfalltabelle des ADAC) steht dem Geschädigten eine Entschädigung von</w:t>
      </w:r>
    </w:p>
    <w:p>
      <w:r>
        <w:rPr>
          <w:b w:val="0"/>
          <w:sz w:val="20"/>
        </w:rPr>
        <w:t>________________________________ Euro pro Tag für den oben genannten Zeitraum zu.</w:t>
      </w:r>
    </w:p>
    <w:p/>
    <w:p>
      <w:r>
        <w:rPr>
          <w:b/>
          <w:sz w:val="20"/>
        </w:rPr>
        <w:t>Zahlungsaufforderung:</w:t>
      </w:r>
    </w:p>
    <w:p>
      <w:r>
        <w:rPr>
          <w:b w:val="0"/>
          <w:sz w:val="20"/>
        </w:rPr>
        <w:t>Der Schädiger wird hiermit aufgefordert, die Nutzungsausfallentschädigung in Höhe von insgesamt</w:t>
      </w:r>
    </w:p>
    <w:p>
      <w:r>
        <w:rPr>
          <w:b w:val="0"/>
          <w:sz w:val="20"/>
        </w:rPr>
        <w:t>____________________________ Euro unverzüglich, spätestens jedoch innerhalb von 14 Tagen nach Erhalt dieses Schreibens, zu zahlen.</w:t>
      </w:r>
    </w:p>
    <w:p/>
    <w:p>
      <w:r>
        <w:rPr>
          <w:b/>
          <w:sz w:val="20"/>
        </w:rPr>
        <w:t>Rechtsfolgen bei Zahlungsverzug:</w:t>
      </w:r>
    </w:p>
    <w:p>
      <w:r>
        <w:rPr>
          <w:b w:val="0"/>
          <w:sz w:val="20"/>
        </w:rPr>
        <w:t>Sollte die Zahlung nicht fristgerecht erfolgen, werden weitere rechtliche Schritte eingeleitet,</w:t>
      </w:r>
    </w:p>
    <w:p>
      <w:r>
        <w:rPr>
          <w:b w:val="0"/>
          <w:sz w:val="20"/>
        </w:rPr>
        <w:t>einschließlich der Geltendmachung von Verzugszinsen und außergerichtlichen Kosten.</w:t>
      </w:r>
    </w:p>
    <w:p/>
    <w:p>
      <w:r>
        <w:rPr>
          <w:b/>
          <w:sz w:val="20"/>
        </w:rPr>
        <w:t>Schlussbestimmungen:</w:t>
      </w:r>
    </w:p>
    <w:p>
      <w:r>
        <w:rPr>
          <w:b w:val="0"/>
          <w:sz w:val="20"/>
        </w:rPr>
        <w:t>Diese Vorlage ersetzt keine individuelle Rechtsberatung. Für weitergehende Ansprüche wird empfohlen, einen Rechtsanwalt zu konsultieren.</w:t>
      </w:r>
    </w:p>
    <w:p/>
    <w:p/>
    <w:p>
      <w:r>
        <w:rPr>
          <w:b w:val="0"/>
          <w:sz w:val="20"/>
        </w:rPr>
        <w:t>Ort : ____________________________________    Unterschrift Geschädigter : ______________________________</w:t>
      </w:r>
    </w:p>
    <w:p/>
    <w:p/>
    <w:p/>
    <w:p>
      <w:r>
        <w:rPr>
          <w:b w:val="0"/>
          <w:sz w:val="20"/>
        </w:rPr>
        <w:t>Unterschrift Schädiger : 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Geschädigter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Schädiger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https://vorlagenfy.com/nutzungsausfallentschadigung-vorlage/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nutzungsausfallentschadigung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