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AN DEN NACHBAR – HECKE SCHNEIDEN</w:t>
      </w:r>
    </w:p>
    <w:p/>
    <w:p>
      <w:r>
        <w:rPr>
          <w:b/>
          <w:sz w:val="20"/>
        </w:rPr>
        <w:t>Betreff: Bitte um Rückschnitt der Hecke</w:t>
      </w:r>
    </w:p>
    <w:p/>
    <w:p>
      <w:r>
        <w:rPr>
          <w:b w:val="0"/>
          <w:sz w:val="20"/>
        </w:rPr>
        <w:t>Sehr geehrte Nachbarin, sehr geehrter Nachbar,</w:t>
      </w:r>
    </w:p>
    <w:p/>
    <w:p>
      <w:r>
        <w:rPr>
          <w:b w:val="0"/>
          <w:sz w:val="20"/>
        </w:rPr>
        <w:t>ich möchte Sie freundlich darauf hinweisen, dass Ihre Hecke zwischen unseren Grundstücken den zulässigen Grenzabstand überschreitet und daher zurückgeschnitten werden muss. Gemäß § 910 BGB sind Sie verpflichtet, die Hecke so zurückzuschneiden, dass der zulässige Abstand eingehalten wird.</w:t>
      </w:r>
    </w:p>
    <w:p/>
    <w:p>
      <w:r>
        <w:rPr>
          <w:b w:val="0"/>
          <w:sz w:val="20"/>
        </w:rPr>
        <w:t>Die Hecke befindet sich auf der gemeinsamen Grundstücksgrenze und ragt mit Ästen und Zweigen in mein Grundstück hinein. Dies beeinträchtigt die Nutzung meines Grundstücks erheblich.</w:t>
      </w:r>
    </w:p>
    <w:p/>
    <w:p>
      <w:r>
        <w:rPr>
          <w:b w:val="0"/>
          <w:sz w:val="20"/>
        </w:rPr>
        <w:t>Ich bitte Sie daher höflich, die Hecke zeitnah zurückzuschneiden, sodass der gesetzlich vorgeschriebene Grenzabstand eingehalten wird. Sollten Sie dies nicht selbst vornehmen können, biete ich gerne an, gemeinsam einen geeigneten Termin für eine fachgerechte Schnittmaßnahme zu vereinbaren.</w:t>
      </w:r>
    </w:p>
    <w:p/>
    <w:p>
      <w:r>
        <w:rPr>
          <w:b w:val="0"/>
          <w:sz w:val="20"/>
        </w:rPr>
        <w:t>Bitte nehmen Sie den Rückschnitt innerhalb der nächsten vier Wochen vor, um unnötige rechtliche Schritte zu vermeiden.</w:t>
      </w:r>
    </w:p>
    <w:p/>
    <w:p>
      <w:r>
        <w:rPr>
          <w:b w:val="0"/>
          <w:sz w:val="20"/>
        </w:rPr>
        <w:t>Für Rückfragen stehe ich Ihnen gerne zur Verfügung und hoffe auf eine einvernehmliche Lösung.</w:t>
      </w:r>
    </w:p>
    <w:p/>
    <w:p/>
    <w:p>
      <w:r>
        <w:rPr>
          <w:b w:val="0"/>
          <w:sz w:val="20"/>
        </w:rPr>
        <w:t>Mit freundlichen Grüßen,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https://vorlagenfy.com/nachbar-schneidet-hecke-nicht-musterbrief/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nachbar-schneidet-hecke-nicht-musterbrief/"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