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MUTTIZETTEL</w:t>
      </w:r>
    </w:p>
    <w:p/>
    <w:p/>
    <w:p>
      <w:r>
        <w:rPr>
          <w:b w:val="0"/>
          <w:sz w:val="20"/>
        </w:rPr>
        <w:t>Hiermit erkläre ich, der/die Erziehungsberechtigte, dass ich dem Jugendlichen die Teilnahme an der Veranstaltung erlaube. Die Aufsichtspflicht wird für die genannte Dauer an die verantwortlichen Personen übergeben.</w:t>
      </w:r>
    </w:p>
    <w:p/>
    <w:p/>
    <w:p>
      <w:r>
        <w:rPr>
          <w:b/>
          <w:sz w:val="20"/>
        </w:rPr>
        <w:t>Angaben zum Jugendlichen: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     : ___________________________________________________</w:t>
      </w:r>
    </w:p>
    <w:p>
      <w:r>
        <w:rPr>
          <w:b w:val="0"/>
          <w:sz w:val="20"/>
        </w:rPr>
        <w:t>Anschrift         : ___________________________________________________</w:t>
      </w:r>
    </w:p>
    <w:p>
      <w:r>
        <w:rPr>
          <w:b w:val="0"/>
          <w:sz w:val="20"/>
        </w:rPr>
        <w:t>Telefonnummer     : ___________________________________________________</w:t>
      </w:r>
    </w:p>
    <w:p/>
    <w:p>
      <w:r>
        <w:rPr>
          <w:b/>
          <w:sz w:val="20"/>
        </w:rPr>
        <w:t>Angaben zum Erziehungsberechtigten: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        : ___________________________________________________</w:t>
      </w:r>
    </w:p>
    <w:p>
      <w:r>
        <w:rPr>
          <w:b w:val="0"/>
          <w:sz w:val="20"/>
        </w:rPr>
        <w:t>Telefonnummer     : ___________________________________________________</w:t>
      </w:r>
    </w:p>
    <w:p/>
    <w:p>
      <w:r>
        <w:rPr>
          <w:b/>
          <w:sz w:val="20"/>
        </w:rPr>
        <w:t>Angaben zur Veranstaltung:</w:t>
      </w:r>
    </w:p>
    <w:p>
      <w:r>
        <w:rPr>
          <w:b w:val="0"/>
          <w:sz w:val="20"/>
        </w:rPr>
        <w:t>Name der Veranstaltung : ________________________________________________</w:t>
      </w:r>
    </w:p>
    <w:p>
      <w:r>
        <w:rPr>
          <w:b w:val="0"/>
          <w:sz w:val="20"/>
        </w:rPr>
        <w:t>Veranstaltungsort      : ________________________________________________</w:t>
      </w:r>
    </w:p>
    <w:p>
      <w:r>
        <w:rPr>
          <w:b w:val="0"/>
          <w:sz w:val="20"/>
        </w:rPr>
        <w:t>Veranstaltungszeitraum : ________________________________________________</w:t>
      </w:r>
    </w:p>
    <w:p>
      <w:r>
        <w:rPr>
          <w:b w:val="0"/>
          <w:sz w:val="20"/>
        </w:rPr>
        <w:t>Veranstalter           : ________________________________________________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Ich bestätige, dass der Jugendliche gesund ist und keine ansteckenden Krankheiten hat. Für Schäden, die der Jugendliche während der Veranstaltung verursacht oder erleidet, wird die Haftung im gesetzlichen Rahmen geregelt.</w:t>
      </w:r>
    </w:p>
    <w:p/>
    <w:p>
      <w:r>
        <w:rPr>
          <w:b/>
          <w:sz w:val="20"/>
        </w:rPr>
        <w:t>Notfallkontakt während der Veranstaltung: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 w:val="0"/>
          <w:sz w:val="20"/>
        </w:rPr>
        <w:t>Mit meiner Unterschrift bestätige ich die Richtigkeit der Angaben und die Erlaubnis zur Teilnahme des Jugendlichen an der genannten Veranstaltung.</w:t>
      </w:r>
    </w:p>
    <w:p/>
    <w:p/>
    <w:p>
      <w:r>
        <w:rPr>
          <w:b w:val="0"/>
          <w:sz w:val="20"/>
        </w:rPr>
        <w:t>Ort : ___________________________________________</w:t>
      </w:r>
    </w:p>
    <w:p>
      <w:r>
        <w:rPr>
          <w:b w:val="0"/>
          <w:sz w:val="20"/>
        </w:rPr>
        <w:t>Datum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Jugendlicher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https://vorlagenfy.com/muttizettel-vorlage/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ttizettel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