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MUSTERSCHREIBEN ZUR VERLÄNGERUNG DES SCHWERBEHINDERTENAUSWEISES</w:t>
      </w:r>
    </w:p>
    <w:p/>
    <w:p/>
    <w:p>
      <w:r>
        <w:rPr>
          <w:b/>
          <w:sz w:val="20"/>
        </w:rPr>
        <w:t>An das Versorgungsamt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______________________________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</w:t>
      </w:r>
    </w:p>
    <w:p>
      <w:r>
        <w:rPr>
          <w:b w:val="0"/>
          <w:sz w:val="20"/>
        </w:rPr>
        <w:t>Straße, Hausnummer : ___________________________________</w:t>
      </w:r>
    </w:p>
    <w:p>
      <w:r>
        <w:rPr>
          <w:b w:val="0"/>
          <w:sz w:val="20"/>
        </w:rPr>
        <w:t>PLZ, Ort : ____________________________________________</w:t>
      </w:r>
    </w:p>
    <w:p>
      <w:r>
        <w:rPr>
          <w:b w:val="0"/>
          <w:sz w:val="20"/>
        </w:rPr>
        <w:t>Telefonnummer : _______________________________________</w:t>
      </w:r>
    </w:p>
    <w:p/>
    <w:p/>
    <w:p>
      <w:r>
        <w:rPr>
          <w:b/>
          <w:sz w:val="20"/>
        </w:rPr>
        <w:t>Betreff: Verlängerung meines Schwerbehindertenausweises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beantrage ich die Verlängerung meines Schwerbehindertenausweises. Mein bisheriger Ausweis mit der Ausweisnummer ___________________ läuft demnächst ab.</w:t>
      </w:r>
    </w:p>
    <w:p/>
    <w:p>
      <w:r>
        <w:rPr>
          <w:b w:val="0"/>
          <w:sz w:val="20"/>
        </w:rPr>
        <w:t>Bitte senden Sie mir die erforderlichen Formulare sowie Informationen zu weiteren notwendigen Schritten zu.</w:t>
      </w:r>
    </w:p>
    <w:p/>
    <w:p>
      <w:r>
        <w:rPr>
          <w:b w:val="0"/>
          <w:sz w:val="20"/>
        </w:rPr>
        <w:t>Sollten Sie noch weitere Unterlagen oder Nachweise benötigen, stehe ich Ihnen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/>
          <w:sz w:val="20"/>
        </w:rPr>
        <w:t>Anlagen:</w:t>
      </w:r>
    </w:p>
    <w:p>
      <w:r>
        <w:rPr>
          <w:b w:val="0"/>
          <w:sz w:val="20"/>
        </w:rPr>
        <w:t>- Kopie des aktuellen Schwerbehindertenausweises</w:t>
      </w:r>
    </w:p>
    <w:p>
      <w:r>
        <w:rPr>
          <w:b w:val="0"/>
          <w:sz w:val="20"/>
        </w:rPr>
        <w:t>- ggf. ärztliche Bescheinigungen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Versorgungsamt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https://vorlagenfy.com/musterschreiben-verlangerung-schwerbehindertenausweis/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musterschreiben-verlangerung-schwerbehindertenausweis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