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NEBENKOSTENABRECHNUNG NACHZAHLUNG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/ Firma : 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 : 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: _________________________________________________</w:t>
      </w:r>
    </w:p>
    <w:p>
      <w:r>
        <w:rPr>
          <w:b w:val="0"/>
          <w:sz w:val="20"/>
        </w:rPr>
        <w:t>Anschrift : 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Nebenkostenabrechnung und Nachzahlung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erhalten Sie die Nebenkostenabrechnung für das vergangene Abrechnungsjahr. Nach Prüfung der Gesamtkosten hat sich eine Nachzahlung in Höhe von ______________ EUR ergeben.</w:t>
      </w:r>
    </w:p>
    <w:p/>
    <w:p>
      <w:r>
        <w:rPr>
          <w:b w:val="0"/>
          <w:sz w:val="20"/>
        </w:rPr>
        <w:t>Die Abrechnung basiert auf den tatsächlich angefallenen und umlagefähigen Betriebskosten gemäß Mietvertrag und der Betriebskostenverordnung.</w:t>
      </w:r>
    </w:p>
    <w:p/>
    <w:p>
      <w:r>
        <w:rPr>
          <w:b w:val="0"/>
          <w:sz w:val="20"/>
        </w:rPr>
        <w:t>Bitte überweisen Sie die Nachzahlung bis spätestens ______________________ auf das bekannte Konto.</w:t>
      </w:r>
    </w:p>
    <w:p/>
    <w:p>
      <w:r>
        <w:rPr>
          <w:b w:val="0"/>
          <w:sz w:val="20"/>
        </w:rPr>
        <w:t>Sollten Sie Fragen oder Einwände zur Abrechnung haben, setzen Sie sich bitte zeitnah mit uns in Verbindung.</w:t>
      </w:r>
    </w:p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 und Unterschrift Vermieter / Verwalter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https://vorlagenfy.com/musterbrief-nebenkostenabrechnung-nachzahlung/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musterbrief-nebenkostenabrechnung-nachzahlung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