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GARANTIE - REPARATUR</w:t>
      </w:r>
    </w:p>
    <w:p/>
    <w:p>
      <w:r>
        <w:rPr>
          <w:b/>
          <w:sz w:val="20"/>
        </w:rPr>
        <w:t>Firma / Händler :</w:t>
      </w:r>
    </w:p>
    <w:p>
      <w:r>
        <w:rPr>
          <w:b w:val="0"/>
          <w:sz w:val="20"/>
        </w:rPr>
        <w:t>_______________________________________________</w:t>
      </w:r>
    </w:p>
    <w:p>
      <w:r>
        <w:rPr>
          <w:b w:val="0"/>
          <w:sz w:val="20"/>
        </w:rPr>
        <w:t>Straße und Hausnummer : _______________________________________________</w:t>
      </w:r>
    </w:p>
    <w:p>
      <w:r>
        <w:rPr>
          <w:b w:val="0"/>
          <w:sz w:val="20"/>
        </w:rPr>
        <w:t>PLZ und Ort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 und Hausnummer : _______________________________________________</w:t>
      </w:r>
    </w:p>
    <w:p>
      <w:r>
        <w:rPr>
          <w:b w:val="0"/>
          <w:sz w:val="20"/>
        </w:rPr>
        <w:t>PLZ und Ort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</w:t>
      </w:r>
    </w:p>
    <w:p/>
    <w:p>
      <w:r>
        <w:rPr>
          <w:b/>
          <w:sz w:val="20"/>
        </w:rPr>
        <w:t>Betreff: Garantieanspruch / Reparatur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mache ich meinen Garantieanspruch für das bei Ihnen erworbene Produkt geltend und bitte um die Durchführung einer Reparatur.</w:t>
      </w:r>
    </w:p>
    <w:p/>
    <w:p>
      <w:r>
        <w:rPr>
          <w:b w:val="0"/>
          <w:sz w:val="20"/>
        </w:rPr>
        <w:t>Produktbezeichnung : ________________________________________________</w:t>
      </w:r>
    </w:p>
    <w:p>
      <w:r>
        <w:rPr>
          <w:b w:val="0"/>
          <w:sz w:val="20"/>
        </w:rPr>
        <w:t>Kaufdatum : _________________________________________________________</w:t>
      </w:r>
    </w:p>
    <w:p>
      <w:r>
        <w:rPr>
          <w:b w:val="0"/>
          <w:sz w:val="20"/>
        </w:rPr>
        <w:t>Rechnungsnummer : _________________________________________________</w:t>
      </w:r>
    </w:p>
    <w:p/>
    <w:p>
      <w:r>
        <w:rPr>
          <w:b w:val="0"/>
          <w:sz w:val="20"/>
        </w:rPr>
        <w:t>Das Produkt weist folgende Mängel auf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 w:val="0"/>
          <w:sz w:val="20"/>
        </w:rPr>
        <w:t>Ich bitte Sie, die Reparatur gemäß der gültigen Garantiebedingungen durchzuführen und mich über den weiteren Ablauf zu informieren.</w:t>
      </w:r>
    </w:p>
    <w:p/>
    <w:p>
      <w:r>
        <w:rPr>
          <w:b w:val="0"/>
          <w:sz w:val="20"/>
        </w:rPr>
        <w:t>Sollten Sie weitere Informationen benötigen, stehe ich Ihnen gern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 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https://vorlagenfy.com/musterbrief-garantie-reparatur/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brief-garantie-reparatu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