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MUSTERBRIEF ENTGANGENE URLAUBSFREUDE</w:t>
      </w:r>
    </w:p>
    <w:p/>
    <w:p/>
    <w:p>
      <w:r>
        <w:rPr>
          <w:b/>
          <w:sz w:val="20"/>
        </w:rPr>
        <w:t>An:</w:t>
      </w:r>
    </w:p>
    <w:p>
      <w:r>
        <w:rPr>
          <w:b w:val="0"/>
          <w:sz w:val="20"/>
        </w:rPr>
        <w:t>Name/Firma: _________________________________________________</w:t>
      </w:r>
    </w:p>
    <w:p>
      <w:r>
        <w:rPr>
          <w:b w:val="0"/>
          <w:sz w:val="20"/>
        </w:rPr>
        <w:t>Straße: _____________________________________________________</w:t>
      </w:r>
    </w:p>
    <w:p>
      <w:r>
        <w:rPr>
          <w:b w:val="0"/>
          <w:sz w:val="20"/>
        </w:rPr>
        <w:t>PLZ / Ort: _________________________________________________</w:t>
      </w:r>
    </w:p>
    <w:p/>
    <w:p/>
    <w:p>
      <w:r>
        <w:rPr>
          <w:b/>
          <w:sz w:val="20"/>
        </w:rPr>
        <w:t>Von:</w:t>
      </w:r>
    </w:p>
    <w:p>
      <w:r>
        <w:rPr>
          <w:b w:val="0"/>
          <w:sz w:val="20"/>
        </w:rPr>
        <w:t>Name: ______________________________________________________</w:t>
      </w:r>
    </w:p>
    <w:p>
      <w:r>
        <w:rPr>
          <w:b w:val="0"/>
          <w:sz w:val="20"/>
        </w:rPr>
        <w:t>Straße: ____________________________________________________</w:t>
      </w:r>
    </w:p>
    <w:p>
      <w:r>
        <w:rPr>
          <w:b w:val="0"/>
          <w:sz w:val="20"/>
        </w:rPr>
        <w:t>PLZ / Ort: _________________________________________________</w:t>
      </w:r>
    </w:p>
    <w:p>
      <w:r>
        <w:rPr>
          <w:b w:val="0"/>
          <w:sz w:val="20"/>
        </w:rPr>
        <w:t>Telefonnummer: ______________________________________________</w:t>
      </w:r>
    </w:p>
    <w:p/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Entschädigung wegen entgangener Urlaubsfreude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setze ich Sie darüber in Kenntnis, dass ich aufgrund von Ihnen bzw. Ihrer Leistung entstandenen erheblichen Beeinträchtigungen meinen geplanten Urlaub nicht wie vorgesehen genießen konnte.</w:t>
      </w:r>
    </w:p>
    <w:p/>
    <w:p>
      <w:r>
        <w:rPr>
          <w:b/>
          <w:sz w:val="20"/>
        </w:rPr>
        <w:t>Sachverhalt:</w:t>
      </w:r>
    </w:p>
    <w:p>
      <w:r>
        <w:rPr>
          <w:b w:val="0"/>
          <w:sz w:val="20"/>
        </w:rPr>
        <w:t>Am _____________________________________________________ (Reisedatum und -ort) kam es aufgrund ____________________________________________ (z.B. einer erheblichen Flugverspätung, Hotelmängeln o.Ä.) zu einer erheblichen Beeinträchtigung meiner Urlaubsfreude.</w:t>
      </w:r>
    </w:p>
    <w:p/>
    <w:p>
      <w:r>
        <w:rPr>
          <w:b w:val="0"/>
          <w:sz w:val="20"/>
        </w:rPr>
        <w:t>Gemäß § 253 Abs. 2 BGB steht mir als Betroffenem eine Entschädigung für die erlittene immaterielle Beeinträchtigung (entgangene Urlaubsfreude) zu.</w:t>
      </w:r>
    </w:p>
    <w:p/>
    <w:p>
      <w:r>
        <w:rPr>
          <w:b w:val="0"/>
          <w:sz w:val="20"/>
        </w:rPr>
        <w:t>Ich fordere Sie daher auf, mir eine angemessene Entschädigung in Höhe von __________________________ Euro zu zahlen.</w:t>
      </w:r>
    </w:p>
    <w:p/>
    <w:p>
      <w:r>
        <w:rPr>
          <w:b w:val="0"/>
          <w:sz w:val="20"/>
        </w:rPr>
        <w:t>Bitte überweisen Sie den Betrag bis spätestens _________________________ auf folgendes Konto:</w:t>
      </w:r>
    </w:p>
    <w:p>
      <w:r>
        <w:rPr>
          <w:b w:val="0"/>
          <w:sz w:val="20"/>
        </w:rPr>
        <w:t>Kontoinhaber: _______________________________________________</w:t>
      </w:r>
    </w:p>
    <w:p>
      <w:r>
        <w:rPr>
          <w:b w:val="0"/>
          <w:sz w:val="20"/>
        </w:rPr>
        <w:t>IBAN: _______________________________________________________</w:t>
      </w:r>
    </w:p>
    <w:p>
      <w:r>
        <w:rPr>
          <w:b w:val="0"/>
          <w:sz w:val="20"/>
        </w:rPr>
        <w:t>BIC: ________________________________________________________</w:t>
      </w:r>
    </w:p>
    <w:p/>
    <w:p>
      <w:r>
        <w:rPr>
          <w:b w:val="0"/>
          <w:sz w:val="20"/>
        </w:rPr>
        <w:t>Sollte die Zahlung nicht fristgerecht erfolgen, behalte ich mir rechtliche Schritte vor.</w:t>
      </w:r>
    </w:p>
    <w:p/>
    <w:p>
      <w:r>
        <w:rPr>
          <w:b w:val="0"/>
          <w:sz w:val="20"/>
        </w:rPr>
        <w:t>Mit freundlichen Grüßen,</w:t>
      </w:r>
    </w:p>
    <w:p/>
    <w:p/>
    <w:p/>
    <w:p>
      <w:pPr>
        <w:jc w:val="center"/>
      </w:pPr>
      <w:r>
        <w:rPr>
          <w:b w:val="0"/>
          <w:sz w:val="20"/>
        </w:rPr>
        <w:t>______________________________</w:t>
      </w:r>
    </w:p>
    <w:p>
      <w:pPr>
        <w:jc w:val="center"/>
      </w:pPr>
      <w:r>
        <w:rPr>
          <w:b w:val="0"/>
          <w:sz w:val="20"/>
        </w:rPr>
        <w:t>Unterschrift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https://vorlagenfy.com/musterbrief-entgangene-urlaubsfreude/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musterbrief-entgangene-urlaubsfreud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