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 KÜNDIGUNGSSCHREIBEN</w:t>
      </w:r>
    </w:p>
    <w:p>
      <w:pPr>
        <w:jc w:val="center"/>
      </w:pPr>
      <w:r>
        <w:rPr>
          <w:b/>
          <w:sz w:val="20"/>
        </w:rPr>
        <w:t>wegen Rente mit 63</w:t>
      </w:r>
    </w:p>
    <w:p/>
    <w:p/>
    <w:p>
      <w:r>
        <w:rPr>
          <w:b/>
          <w:sz w:val="20"/>
        </w:rPr>
        <w:t>Absender:</w:t>
      </w:r>
    </w:p>
    <w:p>
      <w:r>
        <w:rPr>
          <w:b w:val="0"/>
          <w:sz w:val="20"/>
        </w:rPr>
        <w:t>Vor- und Nachname : _____________________________________________</w:t>
      </w:r>
    </w:p>
    <w:p>
      <w:r>
        <w:rPr>
          <w:b w:val="0"/>
          <w:sz w:val="20"/>
        </w:rPr>
        <w:t>Straße und Hausnummer : __________________________________________</w:t>
      </w:r>
    </w:p>
    <w:p>
      <w:r>
        <w:rPr>
          <w:b w:val="0"/>
          <w:sz w:val="20"/>
        </w:rPr>
        <w:t>PLZ und Ort : ___________________________________________________</w:t>
      </w:r>
    </w:p>
    <w:p>
      <w:r>
        <w:rPr>
          <w:b w:val="0"/>
          <w:sz w:val="20"/>
        </w:rPr>
        <w:t>Telefonnummer : _________________________________________________</w:t>
      </w:r>
    </w:p>
    <w:p/>
    <w:p/>
    <w:p>
      <w:r>
        <w:rPr>
          <w:b/>
          <w:sz w:val="20"/>
        </w:rPr>
        <w:t>Empfänger:</w:t>
      </w:r>
    </w:p>
    <w:p>
      <w:r>
        <w:rPr>
          <w:b w:val="0"/>
          <w:sz w:val="20"/>
        </w:rPr>
        <w:t>Name der Firma/Arbeitgeber : _____________________________________</w:t>
      </w:r>
    </w:p>
    <w:p>
      <w:r>
        <w:rPr>
          <w:b w:val="0"/>
          <w:sz w:val="20"/>
        </w:rPr>
        <w:t>Straße und Hausnummer : __________________________________________</w:t>
      </w:r>
    </w:p>
    <w:p>
      <w:r>
        <w:rPr>
          <w:b w:val="0"/>
          <w:sz w:val="20"/>
        </w:rPr>
        <w:t>PLZ und Ort : ___________________________________________________</w:t>
      </w:r>
    </w:p>
    <w:p/>
    <w:p/>
    <w:p>
      <w:r>
        <w:rPr>
          <w:b/>
          <w:sz w:val="20"/>
        </w:rPr>
        <w:t>Betreff:</w:t>
      </w:r>
    </w:p>
    <w:p>
      <w:r>
        <w:rPr>
          <w:b w:val="0"/>
          <w:sz w:val="20"/>
        </w:rPr>
        <w:t>Kündigung meines Arbeitsverhältnisses wegen Erreichens der Regelaltersgrenze (Rente mit 63)</w:t>
      </w:r>
    </w:p>
    <w:p/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mein bestehendes Arbeitsverhältnis fristgerecht zum nächstmöglichen Zeitpunkt.</w:t>
      </w:r>
    </w:p>
    <w:p/>
    <w:p>
      <w:r>
        <w:rPr>
          <w:b w:val="0"/>
          <w:sz w:val="20"/>
        </w:rPr>
        <w:t>Grund für die Kündigung ist die Inanspruchnahme der Rente mit 63 Jahren gemäß den gesetzlichen Bestimmungen.</w:t>
      </w:r>
    </w:p>
    <w:p/>
    <w:p>
      <w:r>
        <w:rPr>
          <w:b w:val="0"/>
          <w:sz w:val="20"/>
        </w:rPr>
        <w:t>Ich bitte Sie, mir den Erhalt dieses Schreibens sowie das Beendigungsdatum meines Arbeitsverhältnisses schriftlich zu bestätigen.</w:t>
      </w:r>
    </w:p>
    <w:p/>
    <w:p>
      <w:r>
        <w:rPr>
          <w:b w:val="0"/>
          <w:sz w:val="20"/>
        </w:rPr>
        <w:t>Außerdem bitte ich um die Ausstellung eines qualifizierten Arbeitszeugnisses.</w:t>
      </w:r>
    </w:p>
    <w:p/>
    <w:p/>
    <w:p>
      <w:r>
        <w:rPr>
          <w:b w:val="0"/>
          <w:sz w:val="20"/>
        </w:rPr>
        <w:t>Mit freundlichen Grüßen,</w:t>
      </w:r>
    </w:p>
    <w:p/>
    <w:p/>
    <w:p/>
    <w:p/>
    <w:p>
      <w:pPr>
        <w:jc w:val="center"/>
      </w:pPr>
      <w:r>
        <w:rPr>
          <w:b w:val="0"/>
          <w:sz w:val="20"/>
        </w:rPr>
        <w:t>_________________________________________</w:t>
      </w:r>
    </w:p>
    <w:p>
      <w:pPr>
        <w:jc w:val="center"/>
      </w:pPr>
      <w:r>
        <w:rPr>
          <w:b w:val="0"/>
          <w:sz w:val="20"/>
        </w:rPr>
        <w:t>Vor- und Nachname</w:t>
      </w:r>
    </w:p>
    <w:p/>
    <w:p/>
    <w:p>
      <w:r>
        <w:rPr>
          <w:b w:val="0"/>
          <w:sz w:val="20"/>
        </w:rPr>
        <w:t>Ort : _____________________________________    Datum : 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https://vorlagenfy.com/muster-kundigungsschreiben-wegen-rente-mit-63-vorlage/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muster-kundigungsschreiben-wegen-rente-mit-63-vorlage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