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MUSTER-ANSCHREIBEN ZUR INTERESSENSBEKUNDUNG AM HAUSKAUF</w:t>
      </w:r>
    </w:p>
    <w:p/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>
      <w:r>
        <w:rPr>
          <w:b w:val="0"/>
          <w:sz w:val="20"/>
        </w:rPr>
        <w:t>E-Mail-Adresse : _____________________________________________________</w:t>
      </w:r>
    </w:p>
    <w:p/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Vor- und Nachname / Firma : 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/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Interesse am Kauf des angebotenen Hauses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mit großem Interesse habe ich Ihr Inserat zum Verkauf des Hauses gelesen und möchte hiermit mein ernsthaftes Interesse am Kauf der Immobilie bekunden.</w:t>
      </w:r>
    </w:p>
    <w:p/>
    <w:p>
      <w:r>
        <w:rPr>
          <w:b w:val="0"/>
          <w:sz w:val="20"/>
        </w:rPr>
        <w:t>Ich bitte Sie höflich, mir weitere Informationen über das Objekt zukommen zu lassen, insbesondere zu den folgenden Punkten:</w:t>
      </w:r>
    </w:p>
    <w:p>
      <w:r>
        <w:rPr>
          <w:b w:val="0"/>
          <w:sz w:val="20"/>
        </w:rPr>
        <w:t>- Baujahr und Zustand des Hauses</w:t>
      </w:r>
    </w:p>
    <w:p>
      <w:r>
        <w:rPr>
          <w:b w:val="0"/>
          <w:sz w:val="20"/>
        </w:rPr>
        <w:t>- Grundstücksgröße und Lage</w:t>
      </w:r>
    </w:p>
    <w:p>
      <w:r>
        <w:rPr>
          <w:b w:val="0"/>
          <w:sz w:val="20"/>
        </w:rPr>
        <w:t>- Energieausweis und energetische Ausstattung</w:t>
      </w:r>
    </w:p>
    <w:p>
      <w:r>
        <w:rPr>
          <w:b w:val="0"/>
          <w:sz w:val="20"/>
        </w:rPr>
        <w:t>- Vorhandene Grundrisse und Bilder</w:t>
      </w:r>
    </w:p>
    <w:p>
      <w:r>
        <w:rPr>
          <w:b w:val="0"/>
          <w:sz w:val="20"/>
        </w:rPr>
        <w:t>- Angaben zu eventuell bestehenden Belastungen oder Rechten Dritter</w:t>
      </w:r>
    </w:p>
    <w:p/>
    <w:p>
      <w:r>
        <w:rPr>
          <w:b w:val="0"/>
          <w:sz w:val="20"/>
        </w:rPr>
        <w:t>Zudem würde ich gerne einen Besichtigungstermin vereinbaren, um mir einen persönlichen Eindruck von der Immobilie zu verschaffen.</w:t>
      </w:r>
    </w:p>
    <w:p/>
    <w:p>
      <w:r>
        <w:rPr>
          <w:b w:val="0"/>
          <w:sz w:val="20"/>
        </w:rPr>
        <w:t>Ich freue mich auf Ihre Rückmeldung und stehe für Rückfragen selbstverständlich gerne zur Verfügung.</w:t>
      </w:r>
    </w:p>
    <w:p/>
    <w:p>
      <w:r>
        <w:rPr>
          <w:b w:val="0"/>
          <w:sz w:val="20"/>
        </w:rPr>
        <w:t>Mit freundlichen Grüßen</w:t>
      </w:r>
    </w:p>
    <w:p/>
    <w:p/>
    <w:p/>
    <w:p>
      <w:r>
        <w:rPr>
          <w:b w:val="0"/>
          <w:sz w:val="20"/>
        </w:rPr>
        <w:t>____________________________________</w:t>
      </w:r>
    </w:p>
    <w:p>
      <w:r>
        <w:rPr>
          <w:b w:val="0"/>
          <w:sz w:val="20"/>
        </w:rPr>
        <w:t>Vor- und Nachname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Kontaktinformationen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br/>
              <w:t>Telefon: ______________________</w:t>
              <w:br/>
              <w:t>E-Mail: 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https://vorlagenfy.com/muster-anschreiben-interesse-hauskauf/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muster-anschreiben-interesse-hauskauf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